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Жители села в Алматинской области жалуются на медработников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Жители Алматинской области жалуются на состояние единственной больницы в селе Нарынкол и непрофессионализм местных медработников.</w:t>
      </w:r>
    </w:p>
    <w:p>
      <w:pPr>
        <w:pStyle w:val="IntenseQuote"/>
      </w:pPr>
      <w:r>
        <w:br/>
      </w:r>
    </w:p>
    <w:p>
      <w:r>
        <w:t>“Они самостоятельно не могут поставить диагноз. Мы говорим свои симптомы, а они начинают искать в интернете. Честно, я сомневаюсь в их профессионализме”, — заявил житель села Алибек Далденбаев.</w:t>
      </w:r>
    </w:p>
    <w:p>
      <w:r>
        <w:t>“Большинство молодежи здесь работают медбратьями и медсестрами. Но настоящих докторов мало. Моя мама работает в больнице, говорит, что молодые специалисты плохо образованны. А для высококвалифицированных кадров нужны условия”, — поделилась сельчанка Асель Советбай.</w:t>
      </w:r>
    </w:p>
    <w:p>
      <w:r>
        <w:t>Саму больницу не ремонтировали с конца 80-х годов. В медучреждении протекает крыша, а при малейшем дуновении ветра кровлю начинает шатать. Сейчас в больнице обслуживаются больше 40 тысяч человек.</w:t>
      </w:r>
      <w:r>
        <w:br/>
      </w:r>
      <w:r>
        <w:br/>
        <w:t>В самой администрации больницы признают, что медработников не хватает, а поток пациентов не уменьшается.</w:t>
      </w:r>
    </w:p>
    <w:p>
      <w:pPr>
        <w:pStyle w:val="IntenseQuote"/>
      </w:pPr>
    </w:p>
    <w:p>
      <w:r>
        <w:t>“Думаю, нам необходимы терапевты, хирурги и гинекологи. Зарплаты достаточно, но им нужно жилье. Сами знаете, хорошие специалисты не хотят приезжать в село. А так все наши врачи грамотные, столько лет учились”, — заверила старшая медсестра КГП на ПХВ “Райымбекская районная больница” Назгуль Мержанова.</w:t>
      </w:r>
    </w:p>
    <w:p>
      <w:r>
        <w:t>Ранее аким области посетил Райымбекский район и отметил необходимость ремонта местной больницы и еще пяти сельских амбулаторий, а также заявил о необходимости повышения качества медицинских услуг.</w:t>
      </w:r>
    </w:p>
    <w:p>
      <w:r>
        <w:t>На примере данной больницы можно явственно увидеть сразу несколько противоречий капитализма: противоречие между городом и деревней, стремление капитала сократить лишние расходы. Деревня нужна лишь как источник дешевой сельскохозяйственной продукции, а потому реализация в ней качественной системы здравоохранения – “непосильная ноша” для бизнеса и государственного бюджета.</w:t>
      </w:r>
    </w:p>
    <w:p>
      <w:r>
        <w:t>Налоговые поступления от бизнеса в сравнении с их доходами невелики, да к тому же расхищаются коррумпированными чиновниками. В результате этого на нужды трудящихся остается совсем не много, а порой – ничего. Только с переходом к социализму будет покончено с несправедливым распределением доходов, с некачественной медициной, с жестокой эксплуатацией деревни городом.</w:t>
      </w:r>
    </w:p>
    <w:p>
      <w:r>
        <w:t xml:space="preserve">Источник: Tengrinews – </w:t>
      </w:r>
      <w:hyperlink r:id="rId11">
        <w:r>
          <w:rPr>
            <w:color w:val="0000FF"/>
            <w:u w:val="single"/>
          </w:rPr>
          <w:t>“Жители жалуются на врачей больницы в Алматинской области: диагноз ищут в интернете”</w:t>
        </w:r>
      </w:hyperlink>
      <w:r>
        <w:t xml:space="preserve"> от 11 августа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hiteli-sela-v-almatinskoj-oblasti-zhaluyutsya-na-medrabotnikov" TargetMode="External"/><Relationship Id="rId11" Type="http://schemas.openxmlformats.org/officeDocument/2006/relationships/hyperlink" Target="https://tengrinews.kz/kazakhstan_news/jiteli-jaluyutsya-vrachey-bolnitsyi-almatinskoy-oblasti-47513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