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Владимир Путин заявил о наступлении «новой эпохи»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Наступает новая эпоха и новый этап в мировой истории, так считает президент России Владимир Путин. По его мнению, теперь только суверенные государства обеспечат мировой экономический рост.</w:t>
      </w:r>
    </w:p>
    <w:p>
      <w:pPr>
        <w:pStyle w:val="IntenseQuote"/>
      </w:pPr>
    </w:p>
    <w:p>
      <w:r>
        <w:t>«Как бы западные и так называемые наднациональные элиты ни стремились сохранить существующий порядок вещей, наступает все-таки новая эпоха, новый этап в мировой истории. И только подлинно суверенные государства могут обеспечить высокую динамику роста, стать примером для других», — заявил президент в ходе форума «Сильные идеи для нового времени».</w:t>
      </w:r>
    </w:p>
    <w:p>
      <w:r>
        <w:t>Владимир Путин неоднократно критиковал политику западных стран и заявлял о несостоятельности неолиберализма. Президент также добавил, что страны «золотого миллиарда» должны перестать навязывать миру собственные условия.</w:t>
      </w:r>
    </w:p>
    <w:p>
      <w:pPr>
        <w:pStyle w:val="IntenseQuote"/>
      </w:pPr>
    </w:p>
    <w:p>
      <w:r>
        <w:t>«Конечно, этот “золотой миллиард” неслучайно стал золотым. Добился очень многого. Но он не только занял такие свои позиции благодаря каким-то реализованным идеям, в значительной степени он занял свои позиции за счет грабежа других народов — и в Азии, и в Африке» — заключил президент.</w:t>
      </w:r>
    </w:p>
    <w:p>
      <w:r>
        <w:t>С Владимиром Владимировичем порой сложно спорить, ведь богатство стран «первого мира» действительно зиждется на грабеже и неэквивалентном обмене с менее развитыми экономиками. Но в чём же причина такого положения? Она всё та же – материальный базис, капитализм. И как ни пытайся построить на его основе что-то новое, итогом всегда будут нищета, мировые войны и эксплуатация.</w:t>
      </w:r>
    </w:p>
    <w:p>
      <w:r>
        <w:t>«Новая эпоха» и «новый этап» капитализма в стадии империализма означает лишь одно — передел мира в интересах окрепшей буржуазии. Не секрет, что на практике означают такие слова. Для человечества страницы двух мировых войн, написанные кровью миллионов, напоминают на что готовы пойти предприниматели ради передела «сфер влияния».</w:t>
      </w:r>
    </w:p>
    <w:p>
      <w:r>
        <w:t>Устаревший, истративший потенциал развития, капитализм не может быть «новым этапом» для человечества. Новый этап мировой истории — это социализм. Система, разрешающая противоречия капитализма, ставящая главнейшей ценностью жизнь и развитие человека, его созидательных способностей.</w:t>
      </w:r>
    </w:p>
    <w:p>
      <w:r>
        <w:t>Источник: Коммерсантъ – “Путин на форуме АСИ объявил о наступлении «новой эпохи» в мировой истории” от 20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dimir-putin-zayavil-o-nastuplenii-novoj-epox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