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Осло на демонстрации скандинавских неонацистов задержаны 35 человек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субботу, 29 октября, скандинавские неонацисты «Северного движения сопротивления» провели демонстрацию около здания парламента в Осло, Норвегии. В ходе демонстрации возникли столкновения между демонстрантами и сотрудниками полиции, в результате чего были задержаны 35 человек.</w:t>
      </w:r>
    </w:p>
    <w:p>
      <w:r>
        <w:t>Как сообщили местные правоохранительные органы, все задержанные, кроме четырех, – иностранные граждане. Большинство из них оказалось гражданами Швеции, другие имеют гражданство Дании. По решению суда, все арестованные будут оштрафованы за нападение на сотрудников полиции, а иностранные граждане будут депортированы из Норвегии.</w:t>
      </w:r>
    </w:p>
    <w:p>
      <w:r>
        <w:t>Основанное в 1997 году, «Северное движение сопротивления» ставит себе целью создать североевропейский национал-социалистический союз, состоящий из Швеции, Норвегии, Дании, Финляндии и Исландии. Некоторые члены также выступают за включение в союз прибалтийских стран.</w:t>
      </w:r>
    </w:p>
    <w:p>
      <w:r>
        <w:t>«Северное движение сопротивления» – одна из неонацистских организаций, которые быстро набирают популярность в последнее время. Пользуясь текущим кризисом и отчаянием народа, эти группы предлагают объединить местное население вокруг мифа о расовом превосходстве и сваливают всю вину за экономические проблемы на образ внешнего врага – обычно мигранты иностранного происхождения.</w:t>
      </w:r>
    </w:p>
    <w:p>
      <w:r>
        <w:t>На самом деле фашисты только ухудшают положение рабочего класса. Разделяя рабочих по расовому или иному признаку, фашисты отвлекают их от борьбы с настоящим врагом – капиталом. Только путем классовой борьбы против капитала может рабочий класс окончательно покончить с экономическими кризисами и установить достойный уровень жизни для каждого.</w:t>
      </w:r>
    </w:p>
    <w:p>
      <w:r>
        <w:t xml:space="preserve">Источники: </w:t>
      </w:r>
      <w:r>
        <w:t xml:space="preserve">Dagens Nyheter – </w:t>
      </w:r>
      <w:hyperlink r:id="rId11">
        <w:r>
          <w:rPr>
            <w:color w:val="0000FF"/>
            <w:u w:val="single"/>
          </w:rPr>
          <w:t>“Svenska nynazister i bråk med polis – 35 gripna i Oslo”</w:t>
        </w:r>
      </w:hyperlink>
      <w:r>
        <w:t xml:space="preserve"> от 29 октября 2022 г.</w:t>
      </w:r>
    </w:p>
    <w:p>
      <w:r>
        <w:t xml:space="preserve">VG – </w:t>
      </w:r>
      <w:hyperlink r:id="rId12">
        <w:r>
          <w:rPr>
            <w:color w:val="0000FF"/>
            <w:u w:val="single"/>
          </w:rPr>
          <w:t>“35 pågrepet under nynazistisk demostrasjon i Oslo”</w:t>
        </w:r>
      </w:hyperlink>
      <w:r>
        <w:t xml:space="preserve"> от 29 октября 2022 г.</w:t>
      </w:r>
    </w:p>
    <w:p>
      <w:r>
        <w:t xml:space="preserve">Dagens Nyheter – </w:t>
      </w:r>
      <w:hyperlink r:id="rId13">
        <w:r>
          <w:rPr>
            <w:color w:val="0000FF"/>
            <w:u w:val="single"/>
          </w:rPr>
          <w:t>“Svenska nazister sparkas ut ur Norge”</w:t>
        </w:r>
      </w:hyperlink>
      <w:r>
        <w:t xml:space="preserve"> от 30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oslo-na-demonstracii-skandinavskix-neonacistov-zaderzhany-35-chelovek" TargetMode="External"/><Relationship Id="rId11" Type="http://schemas.openxmlformats.org/officeDocument/2006/relationships/hyperlink" Target="https://www.dn.se/varlden/svenska-nynazister-i-brak-med-polis-35-gripna-i-oslo/" TargetMode="External"/><Relationship Id="rId12" Type="http://schemas.openxmlformats.org/officeDocument/2006/relationships/hyperlink" Target="https://www.vg.no/nyheter/innenriks/i/8JqJOQ/35-paagrepet-under-nynazistisk-demonstrasjon-i-oslo" TargetMode="External"/><Relationship Id="rId13" Type="http://schemas.openxmlformats.org/officeDocument/2006/relationships/hyperlink" Target="https://www.dn.se/varlden/svenska-nazister-sparkas-ut-ur-nor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