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Коммунальщики в Оренбурге протестуют и требуют смены руководства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2023-09-27</w:t>
      </w:r>
    </w:p>
    <w:p>
      <w:pPr/>
      <w:r>
        <w:t>1 мин. на чтение</w:t>
      </w:r>
    </w:p>
    <w:p/>
    <w:p>
      <w:r>
        <w:t xml:space="preserve">Работники коммунального предприятия "БиОЗ" в Оренбурге снова </w:t>
      </w:r>
      <w:hyperlink r:id="rId11">
        <w:r>
          <w:rPr>
            <w:color w:val="0000FF"/>
            <w:u w:val="single"/>
          </w:rPr>
          <w:t>протестовали</w:t>
        </w:r>
      </w:hyperlink>
      <w:r>
        <w:t xml:space="preserve"> у офиса компании, выразив своё недовольство кумовством, снижением зарплат и состоянием техники. Они требуют смены руководства, утверждая, что только это может вернуть нормальную работоспособность компании.</w:t>
      </w:r>
    </w:p>
    <w:p>
      <w:r>
        <w:t>Второй раз за два месяца работники коммунальной компании вышли на протест перед её офисом. В первый раз они бастовали из-за урезания рабочего времени вместе с зарплатой. Сейчас они недовольны всё такой же низкой заработной платой и заменой механика на родственника начальства.</w:t>
      </w:r>
    </w:p>
    <w:p>
      <w:r>
        <w:t>Водители этой компании также сообщили, что им приходится отправляться на работу, не имея возможности получить необходимый технический осмотр от этого механика и подпись в соответствующих документах. Особенно они выразили беспокойство по поводу состояния техники, предупреждая о нехватке тракторов и спецавтомобилей, что может парализовать Южный округ города при первом же снегопаде зимой.</w:t>
      </w:r>
    </w:p>
    <w:p>
      <w:r>
        <w:t>Чтобы доказать свои слова, протестующие предоставили фотографии территории предприятия со сломанной техникой. При этом в боксе слесаря ремонтируется транспорт приближённых к руководству людей. Прямо сейчас там стоит личный автомобиль механика.</w:t>
      </w:r>
    </w:p>
    <w:p>
      <w:r>
        <w:t>Сотрудники коммунальной компании уверены, что смена руководства может изменить ситуацию и привести к более эффективной работе компании. В качестве примера они приводят бывшего директора компании Рашита Узякова, который возглавлял "БиОЗ" с 2015 года и был уволен в 2018 году. Сегодня больше сорока сотрудников компании объединились, чтобы написать коллективное заявление в прокуратуру, в котором подробно описывают все проблемы в "БиОЗе".</w:t>
      </w:r>
    </w:p>
    <w:p>
      <w:r>
        <w:t>Работники увидели проблему в конкретных людях, когда как корни её уходят глубоко в кризис капитализма. Требование рабочих сменить руководство даёт возможность высшим органам успокоить их на время, поменяв шило на мыло. Но мы надеемся, что оренбургские коммунальщики не дадут себя провести и ступив на путь борьбы не остановятся на первых шагах.</w:t>
      </w:r>
    </w:p>
    <w:p>
      <w:r>
        <w:t xml:space="preserve">Источник: Orengrad - </w:t>
      </w:r>
      <w:hyperlink r:id="rId11">
        <w:r>
          <w:rPr>
            <w:color w:val="0000FF"/>
            <w:u w:val="single"/>
          </w:rPr>
          <w:t>«В Оренбурге работники «БиОЗ» снова протестовали у офиса предприятия»</w:t>
        </w:r>
      </w:hyperlink>
      <w:r>
        <w:t xml:space="preserve"> 19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orienburghie-kommunalshchiki-protiestuiut-i-triebuiut-smieny-rukovodstva" TargetMode="External"/><Relationship Id="rId11" Type="http://schemas.openxmlformats.org/officeDocument/2006/relationships/hyperlink" Target="https://orengrad.ru/obshhestvo/v-orenburge-rabotniki-bioz-snova-protestovali-u-ofisa-predpriyatiy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