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Казахстане снизился средний размер пенсии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По сообщению министерства труда и социальной защиты населения, на 1 ноября 2022 года численность пенсионеров в Казахстане составляет 2 миллиона 268 тысяч человек. Средний размер пенсионных выплат (с учетом базовой пенсионной выплаты) на 1 ноября 2022 года составил 108 993 тенге (14 298 руб.). А в октябре 2022 года средний размер пенсионных выплат с учетом базовой пенсионной выплаты составлял 109 171 тенге (14 321 руб.).</w:t>
      </w:r>
    </w:p>
    <w:p>
      <w:r>
        <w:t>Данное явление не удивительно и целиком и полностью вызвано текущим мировым экономическим строем – капитализмом. Ведь при нем образуются и обостряются социальное расслоение, кризисы перепроизводства, войны, ксенофобия и многое другое. Страдают от этого в основном мирные люди, которые не имеют доступа к ресурсам. И политика государства полностью отражает состояние системы.</w:t>
      </w:r>
    </w:p>
    <w:p>
      <w:r>
        <w:t>Снижение пенсий, увеличивающийся пенсионный возраст, увеличение цен на продукты, увеличение налогов, риск образования военных конфликтов, плохое качество образования и медицины. От всего этого можно избавиться, сменив экономический строй на направленный на социальное большинство – социализм. Ведь только при нем можно решить все эти проблемы. А для этого нужно объединяться, и отстаивать свои права на достойное будущее.</w:t>
      </w:r>
    </w:p>
    <w:p>
      <w:r>
        <w:t xml:space="preserve">Источник: Tengrinews – </w:t>
      </w:r>
      <w:hyperlink r:id="rId11">
        <w:r>
          <w:rPr>
            <w:color w:val="0000FF"/>
            <w:u w:val="single"/>
          </w:rPr>
          <w:t>“Средний размер пенсии снизился в Казахстане”</w:t>
        </w:r>
      </w:hyperlink>
      <w:r>
        <w:t xml:space="preserve"> 15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azaxstane-snizilsya-srednij-razmer-pensii" TargetMode="External"/><Relationship Id="rId11" Type="http://schemas.openxmlformats.org/officeDocument/2006/relationships/hyperlink" Target="https://tengrinews.kz/kazakhstan_news/sredniy-razmer-pensii-snizilsya-v-kazahstane-48311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