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В Барнауле закрыли единственный спортклуб для инвалидов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2023-10-04</w:t>
      </w:r>
    </w:p>
    <w:p>
      <w:pPr/>
      <w:r>
        <w:t>1 мин. на чтение</w:t>
      </w:r>
    </w:p>
    <w:p/>
    <w:p>
      <w:r>
        <w:t xml:space="preserve">«Инваспорт» - единственный барнаульский спортклуб для людей с ограниченными возможностями. Летом этого года власти Алтайского края его </w:t>
      </w:r>
      <w:hyperlink r:id="rId11">
        <w:r>
          <w:rPr>
            <w:color w:val="0000FF"/>
            <w:u w:val="single"/>
          </w:rPr>
          <w:t>закрыли</w:t>
        </w:r>
      </w:hyperlink>
      <w:r>
        <w:t>. Они объяснили это тем, что помещение для клуба является техническим и не соответствует требованиям безопасности, однако, альтернативу в виде другого бесплатного помещения не дали.</w:t>
      </w:r>
    </w:p>
    <w:p>
      <w:r>
        <w:t>И так как одноименная организация, владеющая этим клубом, является общественной, она не может платить аренду. Некоторые из инвалидов продолжили заниматься в платных залах, другие же бросили спорт из-за недостатка средств. После того как ситуация вызвала общественное недовольство, властям все же пришлось отреагировать. Руководитель клуба смог встретиться с министром спорта Алтайского края. Также региональные и городские чиновники попытаются помочь «Инваспорту» найти новое помещение.</w:t>
      </w:r>
    </w:p>
    <w:p>
      <w:r>
        <w:t>Вместо того чтобы предоставить инвалидам возможности для развития, власти решили эти возможности отнять. Это и неудивительно, ведь государство является выразителем интересов богатейшего меньшинства общества - капиталистов. Для них простой человек является источником прибыли, который можно эксплуатировать до изнеможения. И по их мнению инвалиды - это ненужные затраты, не приносящие никакой выгоды и требующие большего внимания и ухода.</w:t>
      </w:r>
    </w:p>
    <w:p>
      <w:r>
        <w:t>Но не стоить думать, что ситуацию можно исправить лишь поменяв “плохих” капиталистов на “хороших”. В мире господствуют принцип частной собственности и рыночных отношений, и такая ситуация носит постоянный характер. Чтобы в корне изменить такое положение дел, нужно уничтожить систему капиталистических отношений. И заменить ее более развитой, основанной на общественной собственности и планировании производства, где нет места личной наживы за счет других, где каждому даются возможности для духовного и физического развития - социализмом.</w:t>
      </w:r>
    </w:p>
    <w:p>
      <w:r>
        <w:t xml:space="preserve">По материалам: Банкфакс — </w:t>
      </w:r>
      <w:hyperlink r:id="rId11">
        <w:r>
          <w:rPr>
            <w:color w:val="0000FF"/>
            <w:u w:val="single"/>
          </w:rPr>
          <w:t>«Алтайские чиновники отреагировали на закрытие единственного спортклуба для инвалидов в Барнауле»</w:t>
        </w:r>
      </w:hyperlink>
      <w:r>
        <w:t xml:space="preserve"> от 25 сентября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v-barnaulie-zakryli-iedinstviennyi-sportklub-dlia-invalidov" TargetMode="External"/><Relationship Id="rId11" Type="http://schemas.openxmlformats.org/officeDocument/2006/relationships/hyperlink" Target="https://www.bankfax.ru/news/155523/#:~:text=%D0%90%D0%BB%D1%82%D0%B0%D0%B9%D1%81%D0%BA%D0%B8%D0%B5%20%D1%87%D0%B8%D0%BD%D0%BE%D0%B2%D0%BD%D0%B8%D0%BA%D0%B8%20%D0%BE%D1%82%D1%80%D0%B5%D0%B0%D0%B3%D0%B8%D1%80%D0%BE%D0%B2%D0%B0%D0%BB%D0%B8%20%D0%BD%D0%B0%20%D0%B7%D0%B0%D0%BA%D1%80%D1%8B%D1%82%D0%B8%D0%B5%20%D0%B5%D0%B4%D0%B8%D0%BD%D1%81%D1%82%D0%B2%D0%B5%D0%BD%D0%BD%D0%BE%D0%B3%D0%BE%20%D1%81%D0%BF%D0%BE%D1%80%D1%82%D0%BA%D0%BB%D1%83%D0%B1%D0%B0%20%D0%B4%D0%BB%D1%8F%20%D0%B8%D0%BD%D0%B2%D0%B0%D0%BB%D0%B8%D0%B4%D0%BE%D0%B2%20%D0%B2%20%D0%91%D0%B0%D1%80%D0%BD%D0%B0%D1%83%D0%BB%D0%B5,-25.09.2023%2014&amp;text=%D0%9B%D0%B5%D1%82%D0%BE%D0%BC%202023%20%D0%B3%D0%BE%D0%B4%D0%B0%20%D0%B2%20%D0%91%D0%B0%D1%80%D0%BD%D0%B0%D1%83%D0%BB%D0%B5,%D0%BF%D0%BB%D0%BE%D1%89%D0%B0%D0%B4%D0%B8%2C%20%D0%BD%D0%BE%20%D0%B0%D0%BB%D1%8C%D1%82%D0%B5%D1%80%D0%BD%D0%B0%D1%82%D0%B8%D0%B2%D1%83%20%D0%BD%D0%B5%20%D0%BF%D1%80%D0%B5%D0%B4%D0%BB%D0%BE%D0%B6%D0%B8%D0%BB%D0%B8.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