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У жителей Красноярска хотят забрать дома под застройку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2023-08-03</w:t>
      </w:r>
    </w:p>
    <w:p>
      <w:pPr/>
      <w:r>
        <w:t>1 мин. на чтение</w:t>
      </w:r>
    </w:p>
    <w:p/>
    <w:p>
      <w:r>
        <w:t xml:space="preserve">В октябре 2022 года глава Красноярска Владислав Логинов </w:t>
      </w:r>
      <w:hyperlink r:id="rId11">
        <w:r>
          <w:rPr>
            <w:color w:val="0000FF"/>
            <w:u w:val="single"/>
          </w:rPr>
          <w:t>утвердил</w:t>
        </w:r>
      </w:hyperlink>
      <w:r>
        <w:t xml:space="preserve"> снос части микрорайона Николаевка, застроенного частными домами. Эти 18 гектаров земли стали зоной комплексного развития территории. Что означает: жителей частного сектора расселит будущий застройщик за свой счет.</w:t>
      </w:r>
    </w:p>
    <w:p>
      <w:r>
        <w:t>В конце декабря мэрия разыграла эту зону на торгах, выиграл застройщик «СтройИндустрия» из группы компаний «СтройИнновация». Властями уже утверждена планировка и площадь будущих застроек. Вот только никаких публичных слушаний и собраний для сбора подписей о согласии на переселение среди жителей не проводилось.</w:t>
      </w:r>
    </w:p>
    <w:p>
      <w:r>
        <w:t>Но самым шокирующим для жителей Николаевки стали предложения от застройщиков о выкупе их жилья. В среднем застройщик предлагает от 1,2 до 2,7 миллиона рублей за домохозяйство. Самое низкое предложение услышали хозяева дома площадью 200 кв. м.: его оценили в 12600 рублей за квадрат. Также жителей не ознакомили с их правом отказаться от преждевременной продажи жилья. Вместо этого застройщик путем запугивания и манипуляций склоняет людей к переезду в комнаты общежитий на окраине города.</w:t>
      </w:r>
    </w:p>
    <w:p>
      <w:r>
        <w:t>В государстве, где власть продвигает и защищает интересы бизнеса, права трудящихся всегда угнетаются. Работай, плати налоги, бери кредиты, влезай в долги - вот твой удел! Не мешай бизнесу развиваться, не поднимай бучу из-за своих “мелких проблем”. Кому сейчас легко?! В капитализме у рабочих нет иного, кроме права на рабский труд и нищету.</w:t>
      </w:r>
    </w:p>
    <w:p>
      <w:r>
        <w:t>Только с победой социализма и переходом управления государством в руки рабочих, на планете не останется места произволу и нужде.</w:t>
      </w:r>
    </w:p>
    <w:p>
      <w:r>
        <w:t xml:space="preserve">Источник: NGS24.ru - </w:t>
      </w:r>
      <w:hyperlink r:id="rId11">
        <w:r>
          <w:rPr>
            <w:color w:val="0000FF"/>
            <w:u w:val="single"/>
          </w:rPr>
          <w:t>«Им отменяют слушания и срывают собрания, а они не сдаются. Жители Николаевки борются против застройщика»</w:t>
        </w:r>
      </w:hyperlink>
      <w:r>
        <w:t xml:space="preserve"> от 28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-zhitieliei-krasnoiarska-khotiat-zabrat-doma-pod-zastroiku" TargetMode="External"/><Relationship Id="rId11" Type="http://schemas.openxmlformats.org/officeDocument/2006/relationships/hyperlink" Target="https://ngs24.ru/text/realty/2023/07/28/7253655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