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Стрим: "О Троцком и троцкизме. Продолжаем разбирать ролик Вестника Бури*"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2021-01-29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r>
        <w:t>*признаны иностранным агентом в РФ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im-o-trockom-i-trockizme-prodolzhaem-razbirat-rolik-vestnika-bur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