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Челябинцу отменили операцию на сердце из-за нехватки импортных материалов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2023-08-03</w:t>
      </w:r>
    </w:p>
    <w:p>
      <w:pPr/>
      <w:r>
        <w:t>1 мин. на чтение</w:t>
      </w:r>
    </w:p>
    <w:p/>
    <w:p>
      <w:r>
        <w:t xml:space="preserve">73-летнего челябинца направили на операцию в Федеральный центр сердечно-сосудистой хирургии с диагнозом «пароксизмальная форма фибрилляции предсердий, полная блокада левой ножки пучка Гиса», гипертония, проблемы с давлением. Провести операцию должны были 2 августа, но за неделю до этого </w:t>
      </w:r>
      <w:hyperlink r:id="rId11">
        <w:r>
          <w:rPr>
            <w:color w:val="0000FF"/>
            <w:u w:val="single"/>
          </w:rPr>
          <w:t>отменили</w:t>
        </w:r>
      </w:hyperlink>
      <w:r>
        <w:t xml:space="preserve"> — импортные материалы «застряли на границе».</w:t>
      </w:r>
    </w:p>
    <w:p>
      <w:pPr>
        <w:pStyle w:val="IntenseQuote"/>
      </w:pPr>
      <w:r>
        <w:t>«При работе в условиях экономических санкций против РФ медицинские организации могут испытывать задержки в поставках импортных расходных материалов, которые носят временный характер и на состояние здоровья пациентов, хирургическая помощь которым должна быть оказана в плановом порядке, не влияют» — говорится в официальном комментарии Федерального центра сердечно-сосудистой хирургии в Челябинске.</w:t>
      </w:r>
    </w:p>
    <w:p>
      <w:r>
        <w:t>Этот случай наглядно показывает, что капиталистическая система не ставит своей целью улучшение благосостояния граждан. Вопросы о жизнях людей отходят на второй план, если это поможет увеличить прибыли и ослабит конкурентного соседа. Следует помнить, что главной целью капитализма является не удовлетворение людских потребностей, а максимизация прибыли.</w:t>
      </w:r>
    </w:p>
    <w:p>
      <w:r>
        <w:t xml:space="preserve">Источник: 74.ru — </w:t>
      </w:r>
      <w:hyperlink r:id="rId11">
        <w:r>
          <w:rPr>
            <w:color w:val="0000FF"/>
            <w:u w:val="single"/>
          </w:rPr>
          <w:t>«Челябинцу отменили операцию на сердце из-за нехватки импортных материалов»</w:t>
        </w:r>
      </w:hyperlink>
      <w:r>
        <w:t xml:space="preserve"> от 26 июля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miert-rabochiegho-na-kombinatie" TargetMode="External"/><Relationship Id="rId11" Type="http://schemas.openxmlformats.org/officeDocument/2006/relationships/hyperlink" Target="https://74.ru/text/health/2023/07/26/7253145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