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Скандинавская модель. Настоящий социализм?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2019-12-01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kandinavskaya-model-nastoyashhij-social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