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Россияне, сбежавшие в Казахстан после объявления мобилизации, жалуются на жизнь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>Россияне, которые уехали в Казахстан после объявления частичной мобилизации, рассказали, что им не нравится в эмиграции в соседней стране. В частности, югорчане жалуются на большое количество документов, которые нужно оформить, дорогое жилье и тоску по родине.</w:t>
      </w:r>
    </w:p>
    <w:p>
      <w:r>
        <w:t>В связи с эмиграцией в другую страну, люди столкнулись с капиталистической реальностью, где вместо дружбы народов — только вражда между жителями за место под солнцем. Где для того, чтобы интегрироваться в общество, нужно пройти тонну бюрократии, смириться с ксенофобией. Но на самом деле простым людям нечего делить, а вражда выгодна лишь олигархам, чтобы отвлекать народ от проблем и “выезжать на спине” трудящихся.</w:t>
      </w:r>
    </w:p>
    <w:p>
      <w:r>
        <w:t>Все рабочие, вне зависимости от национальности, имеют одни интересы и, чтобы отстоять эти интересы, нужно объединиться против общего врага — против капиталистов, побороть национализм и под интернациональным лозунгом строить общее будущее.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“Жители ХМАО, сбежавшие в Казахстан после объявления мобилизации, жалуются на жизнь”</w:t>
        </w:r>
      </w:hyperlink>
      <w:r>
        <w:t xml:space="preserve"> от 12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yane-sbezhavshie-v-kazaxstan-posle-obyavleniya-mobilizacii-zhaluyutsya-na-zhizn" TargetMode="External"/><Relationship Id="rId11" Type="http://schemas.openxmlformats.org/officeDocument/2006/relationships/hyperlink" Target="https://ura.news/news/105259451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