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меняет Конституцию: что ждёт Россию?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2020-01-21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menyaet-konstituciyu-chto-zhdyot-rossi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