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Протесты дальнобойщиков в Канаде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2022-02-02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Уже несколько дней не стихают протесты дальнобойщиков в Оттаве – столице Канады. 23-го января колонна машин, растянувшаяся более чем на 70 км, начала путь из Британской Колумбии. 29-го января началась стачка у Парламента Канады в столице. К протестующим намерены присоединиться 10 тысяч машин из США. Акция уже собрала более четырех миллионов долларов пожертвований.</w:t>
      </w:r>
    </w:p>
    <w:p>
      <w:r>
        <w:t>Изначально, дальнобойщики требовали отмены новых антиковидных правил для перевозчиков, вступивших в силу 15-го января. Теперь все дальнобойщики, занимающиеся перевозкой грузов из США в Канаду, должны быть вакцинированы, иначе им после въезда в страну им необходимо будет две недели находиться на самоизоляции. Позже, протестующие потребовали отказа и от других ограничений, связанных с распространением COVID-19.</w:t>
      </w:r>
    </w:p>
    <w:p>
      <w:r>
        <w:t>Канадцев поддержали во многих странах мира, таких как: Франция, Англия, Австралия, Ирландия и многие другие. Правительство и главы крупных транспортных компаний отнеслись к протестам дальнобойщиков крайне негативно, назвав недовольных маргиналами.</w:t>
      </w:r>
    </w:p>
    <w:p>
      <w:r>
        <w:t>По всему миру люди выступают против антиковидных мер. Причина народного недовольства кроется в повсеместном недоверии к властям, укоренившимся в народном сознании за годы непрекращающегося вранья, ставшего обыденностью в буржуазной политике. Немаловажно и распространение в обществе антинаучного – мистического мировоззрения, сформированного в условиях пропаганды идеализма со стороны правящего класса и снижения доступности качественного образования.</w:t>
      </w:r>
    </w:p>
    <w:p>
      <w:r>
        <w:t>Правительство в капиталистической стране обслуживает крупных собственников, интересы которых чужды трудящимся. Поэтому власти вынуждены прибегать ко лжи, скрывающей истинные намерения владельцев средств производства – извлечение прибыли путем эксплуатации трудящихся. Поэтому, когда появляется необходимость в мерах, подобных вакцинации, люди проявляют полное недоверие к властям.</w:t>
      </w:r>
    </w:p>
    <w:p>
      <w:r>
        <w:t>Источники: BBC News – “Хаос в Оттаве. Дальнобойщики устроили протест против обязательной вакцинации” от 31 января 2022 г.;</w:t>
      </w:r>
    </w:p>
    <w:p>
      <w:r>
        <w:t>Наш Монреаль – “Стачка дальнобойщиков: последние новости” от 25 января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testy-dalnobojshhikov-v-kana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