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Полиция Венесуэлы похищает и арестовывает коммунистов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2022-07-29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Коммунистическая партия Венесуэлы сообщает о репрессиях со стороны государства против ее ведущих членов. Полиция окружила демонстрации вместе с так называемыми ударными отрядами из правящей партии “ЕСПВ” (“Единая социалистическая партия Венесуэлы”), избила и похитила ведущих членов партии.</w:t>
      </w:r>
    </w:p>
    <w:p>
      <w:r>
        <w:t>Во время акции протеста, организованной НСО – Национальным фронтом борьбы рабочего класса, полиция и члены правящей партии окружили демонстрацию. Они избивали и похищали протестующих.</w:t>
      </w:r>
    </w:p>
    <w:p>
      <w:r>
        <w:t>Аделаида Зерпа, член Центрального комитета и Политбюро партии, была избита, а Анхель Кастильо, также член партии, был увезен полицией. Его допросили о его отношениях с другими членами профсоюза, после чего через несколько часов он был освобожден. Он также получил штраф. Кастильо является активистом в Espacio Sindical Unitario, рабочей сети, созданной в знак протеста против систематического сокращения заработной платы, проводимого правительством Мадуро.</w:t>
      </w:r>
    </w:p>
    <w:p>
      <w:r>
        <w:t xml:space="preserve">Ранее мы публиковали </w:t>
      </w:r>
      <w:hyperlink r:id="rId11">
        <w:r>
          <w:rPr>
            <w:color w:val="0000FF"/>
            <w:u w:val="single"/>
          </w:rPr>
          <w:t>материал</w:t>
        </w:r>
      </w:hyperlink>
      <w:r>
        <w:t xml:space="preserve"> об истории Венесуэльского государства.</w:t>
      </w:r>
    </w:p>
    <w:p>
      <w:r>
        <w:t>Источник: Tribuna Popular – “</w:t>
      </w:r>
      <w:hyperlink r:id="rId12">
        <w:r>
          <w:rPr>
            <w:color w:val="0000FF"/>
            <w:u w:val="single"/>
          </w:rPr>
          <w:t>Liberado dirigente sindical comunista secuestrado por el Sebin</w:t>
        </w:r>
      </w:hyperlink>
      <w:r>
        <w:t>” от 21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liciya-venesuely-poxishhaet-i-arestovyvaet-kommunistov" TargetMode="External"/><Relationship Id="rId11" Type="http://schemas.openxmlformats.org/officeDocument/2006/relationships/hyperlink" Target="https://us.politsturm.com/venezuela-the-fall-of-bolivarian-socialism/" TargetMode="External"/><Relationship Id="rId12" Type="http://schemas.openxmlformats.org/officeDocument/2006/relationships/hyperlink" Target="https://prensapcv.wordpress.com/2022/07/21/liberado-dirigente-sindical-comunista-secuestrado-por-el-sebin/?fbclid=IwAR2eOvXyH2VoM5dRjhoAzR7WwXvJdQfKC6UAU4MyV69VXULip3DIvzm0F5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