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Почему в России много бедных?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2018-06-12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ochemu-v-rossii-mnogo-bedny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