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белогвардейцы убивали русских?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2020-07-12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emu-belogvardejcy-ubivali-russk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