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Моддинг против авторского права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2018-10-23</w:t>
      </w:r>
    </w:p>
    <w:p>
      <w:pPr/>
      <w:r>
        <w:t>15 мин. на чтение</w:t>
      </w:r>
    </w:p>
    <w:p>
      <w:r/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/>
    </w:p>
    <w:p>
      <w:r>
        <w:t xml:space="preserve">Наиболее технологичной и быстро развивающейся сейчас формой искусства являются </w:t>
      </w:r>
      <w:r>
        <w:rPr>
          <w:b/>
        </w:rPr>
        <w:t>видеоигры</w:t>
      </w:r>
      <w:r>
        <w:t>. За видеоигрой закрепилась слава одного из мощнейших по воздействию на аудиторию вида искусства.</w:t>
      </w:r>
    </w:p>
    <w:p>
      <w:r>
        <w:t>Игра предоставляет человеку такой инструментарий погружения в выстраиваемую авторами историю, такую степень непосредственной вовлеченности наблюдателя (игрока) в происходящее, какое даже и не снилось ни литературе, ни фильмам, ни театральным постановкам. Игрок всегда чувствует себя непосредственной частью сюжета, а порой даже выступает в качестве источника такового (в RPG). Этим игры цепляют, этим – вовлеченностью зрителя в происходящее – они «докапываются» до самого основания человеческого сознания и с куда большим успехом внушают ему определенные идеи, воззрения и взгляды нежели «традиционные формы искусства». При условии, что разработчики оказались хорошими драматургами, конечно.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Поэтому видеоигры, как современную форму искусства, можно назвать одной из самых прогрессивных и по-революционному преображающей быт современного человека формой художественного произведения. По-революционному преображающей, потому как оно дает человеку невиданные ранее способы «достучаться» до него; обогащает культуру новым – и уже ставшим массовым – инструментом конструировать и рассказывать истории.</w:t>
      </w:r>
    </w:p>
    <w:p>
      <w:r>
        <w:t xml:space="preserve">Правда, здесь стоит сделать важное уточнение – это является достоинством видеоигр в большинстве своем пока лишь </w:t>
      </w:r>
      <w:r>
        <w:rPr>
          <w:i/>
        </w:rPr>
        <w:t>потенциально</w:t>
      </w:r>
      <w:r>
        <w:t>; как бы сильна эта современная форма искусства ни была в своем воздействии на сознание человека, так как она зародилась и существует пока в мире с капиталистическими порядками и ценностями, то неминуемо становится формой для пропаганды чисто буржуазных ценностей и морали частнособственнической раздробленности, эгоизма, культа денег, наживы, насилия и неравенства.</w:t>
      </w:r>
    </w:p>
    <w:p>
      <w:r>
        <w:t>Стоит сделать важную оговорку: видеоигра, как художественное произведение, обладает мощной силой оказывать влияние на человека, но в мире, в котором господствует капитал, эта её сила оборачивается зачастую во вред обществу, культивируя в нем буржуазные пороки и осложняя тем процесс освобождение общества от ограничивающих и разлагающих его тенденций капиталистической системы организации этого общества.</w:t>
      </w:r>
    </w:p>
    <w:p>
      <w:r>
        <w:t>Но не только на этом основывается революционное преображение быта видеоиграми. Вполне очевидным является тот факт, что в окружении постоянно распространяющейся и технической и IT грамотности среди населения, ввиду открытого доступа ко всем необходимым знаниям, инструментам и наглядным практическим пособиям, современный обыватель использует видеоигры как платформу, как базис для своего собственного творчества, как способ для самовыражения своего собственного внутреннего мира; использует продукцию крупных капиталистических кампаний, специализирующихся на производстве товара игры для своих собственных целей: сочинить и рассказать авторскую историю, дополнить или расширить уже существующую, исправить чисто механическую сторону продукта и т.д.</w:t>
      </w:r>
    </w:p>
    <w:p>
      <w:r>
        <w:t xml:space="preserve">То есть да, речь идет о </w:t>
      </w:r>
      <w:r>
        <w:rPr>
          <w:b/>
        </w:rPr>
        <w:t>моддинге</w:t>
      </w:r>
      <w:r>
        <w:t>. То, что еще каких-то лет 10 назад было сильно затруднено ввиду слабой распространенности и развитости Интернета, тематических игровых сообществ и банальной исторической практики модифицировать игры, сейчас является такой же неотъемлемой частью гейминга, таким простым и до тошноты банальным действием, каким является, пожалуй, пользование интернет-браузером: просто, ничего сложного, интуитивно понятно и доступно каждому в освоении, идет ли речь о том чтобы установить модификацию или же создать собственную. Было бы желание, обо всем остальном чисто техническая сторона дела уже позаботилась.</w:t>
      </w:r>
    </w:p>
    <w:p>
      <w:r>
        <w:t xml:space="preserve">Наш читатель, если он достаточно близко знаком с миром видеоигровых развлечений, наверняка с ходу назовет целый ряд проектов, прошедших сквозь десятилетия с момента релиза и до сих пор подающих признаки жизни благодаря сложившемуся вокруг них игровому сообществу, постоянно и с дикой увлеченностью обновляющего, исправляющего или создающего на его основе нечто новое посредством модов: </w:t>
      </w:r>
      <w:r>
        <w:rPr>
          <w:b/>
        </w:rPr>
        <w:t>Mount And Blade</w:t>
      </w:r>
      <w:r>
        <w:t xml:space="preserve">, </w:t>
      </w:r>
      <w:r>
        <w:rPr>
          <w:b/>
        </w:rPr>
        <w:t>TES 5 Skyrim</w:t>
      </w:r>
      <w:r>
        <w:t xml:space="preserve">, </w:t>
      </w:r>
      <w:r>
        <w:rPr>
          <w:b/>
        </w:rPr>
        <w:t>TES 3 Morrowind</w:t>
      </w:r>
      <w:r>
        <w:t xml:space="preserve">, серия игр </w:t>
      </w:r>
      <w:r>
        <w:rPr>
          <w:b/>
        </w:rPr>
        <w:t>GTA</w:t>
      </w:r>
      <w:r>
        <w:t xml:space="preserve">, </w:t>
      </w:r>
      <w:r>
        <w:rPr>
          <w:b/>
        </w:rPr>
        <w:t>Minecraft</w:t>
      </w:r>
      <w:r>
        <w:t xml:space="preserve">; особенной популярностью традиция модифицировать пользуется среди игроков у глобальных стратегий: </w:t>
      </w:r>
      <w:r>
        <w:rPr>
          <w:b/>
        </w:rPr>
        <w:t>Europa Universalis, Hearts of Iron, Victoria, Crusader Kings, Stellaris</w:t>
      </w:r>
      <w:r>
        <w:t>, а так же пошаговые стратегии студии Creative Assembly (</w:t>
      </w:r>
      <w:r>
        <w:rPr>
          <w:b/>
        </w:rPr>
        <w:t>Rome, Empire, Napoleon Total War’ы</w:t>
      </w:r>
      <w:r>
        <w:t>) и многие другие игры и проекты.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290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Вот во что преданные игроки превратили, например, старенькую Tes III Morrowind, вышедшую лишь на 4 года позже первого Half-Life</w:t>
      </w:r>
    </w:p>
    <w:p>
      <w:r>
        <w:t xml:space="preserve">Модифицировать игры, использовать программный код и навыки программирования для того, чтобы создавать совершенно новое творчество (которое в последующем вполне может превратиться в мировые хиты, вроде </w:t>
      </w:r>
      <w:r>
        <w:rPr>
          <w:b/>
        </w:rPr>
        <w:t>Dota 2</w:t>
      </w:r>
      <w:r>
        <w:t xml:space="preserve"> или </w:t>
      </w:r>
      <w:r>
        <w:rPr>
          <w:b/>
        </w:rPr>
        <w:t>Team Fortress 2</w:t>
      </w:r>
      <w:r>
        <w:t>) – важная традиция видеоигрового мира. Очень важный и по-настоящему свободный (благодаря своему всеобщему и бесплатному доступу) инструмент создания и распространения народного творчества, которое действует полностью автономно, действует без указок с верхов, с широкой опорой на массовую аудиторию.</w:t>
      </w:r>
    </w:p>
    <w:p>
      <w:r>
        <w:t>Навыки и знания программирования, богатой опыт модифицирования и собственный творческий энтузиазм являются отличным подспорьем в том числе для того, чтобы на основе уже созданного продукта порождать совершенно новое творчество.</w:t>
      </w:r>
    </w:p>
    <w:p>
      <w:r>
        <w:t>Столь длинное вступление было необходимо не для того, чтобы разобрать, как народ собственными усилиями при помощи модов создает совершенно новые культурные памятники современности, а для того, чтобы увидеть важность и значимость этого явления; значимость и важность с тем, чтобы лучше понять всю реакционность буржуазных мероприятий по запрету или ограничению процесса создания и распространения модификаций.</w:t>
      </w:r>
    </w:p>
    <w:p>
      <w:r>
        <w:t>В настоящем материале мы рассмотрим одни из наиболее скандальных случаев попыток буржуазных кампаний вмешаться в народное творчество с целью его обуздать.</w:t>
      </w:r>
    </w:p>
    <w:p>
      <w:r>
        <w:rPr>
          <w:b/>
        </w:rPr>
        <w:t>Rockstar, Take-Two и запрет OpenIV.</w:t>
      </w:r>
    </w:p>
    <w:p>
      <w:r>
        <w:t>Прежде чем приступить к рассмотрению фактических примеров по затронутой теме, мы видим необходимость обозначить перед читателем следующую нашу позицию: редакция отдела ПШ Культура считает ценности насилия, жестокости и культуры криминального мира, представленные в серии игр Grand Theft Auto вредными для морального здоровья общества, но признает за данной серией игр статус эталона технического и художественного исполнения, приводя её в пример не как прогрессивного представителя видеоигр, но как наиболее богатую на наглядные примеры по исследуемой в материале теме.</w:t>
      </w:r>
      <w:r>
        <w:rPr>
          <w:b/>
        </w:rPr>
        <w:br/>
      </w:r>
      <w:r>
        <w:rPr>
          <w:b/>
        </w:rPr>
        <w:br/>
      </w:r>
    </w:p>
    <w:p>
      <w:r>
        <w:t xml:space="preserve">Жаркими июньскими днями 2017 года в Интернетах разгорелись нешуточной силы страсти: массам стало известно, что издатель серии игр </w:t>
      </w:r>
      <w:r>
        <w:rPr>
          <w:b/>
        </w:rPr>
        <w:t>Grand Theft Auto</w:t>
      </w:r>
      <w:r>
        <w:t xml:space="preserve">, </w:t>
      </w:r>
      <w:r>
        <w:rPr>
          <w:b/>
        </w:rPr>
        <w:t>Take-Two Interactive</w:t>
      </w:r>
      <w:r>
        <w:t xml:space="preserve">, потребовал от ведущего разработчика моддерского инструментария </w:t>
      </w:r>
      <w:r>
        <w:rPr>
          <w:b/>
        </w:rPr>
        <w:t>OpenIV</w:t>
      </w:r>
      <w:r>
        <w:t xml:space="preserve"> (Юрия Криворучко, также известного под псевдонимом GooD-NTS), комплексного пользовательского редактора, позволяющего создавать модификации для </w:t>
      </w:r>
      <w:r>
        <w:rPr>
          <w:b/>
        </w:rPr>
        <w:t>GTA 4, GTA 5</w:t>
      </w:r>
      <w:r>
        <w:t>, а также в перспективе для всех проектов, созданных на движке RAGE, закрыть мод.</w:t>
      </w:r>
    </w:p>
    <w:p>
      <w:r>
        <w:t xml:space="preserve">Издатель и разработчик </w:t>
      </w:r>
      <w:r>
        <w:rPr>
          <w:b/>
        </w:rPr>
        <w:t>Rockstar</w:t>
      </w:r>
      <w:r>
        <w:t xml:space="preserve"> высказались в духе беспокойства о том, что моддерская платформа якобы способна открыть доступ к коду игры мошенникам и лицам с не совсем благими намерениями, особенно если речь идет о </w:t>
      </w:r>
      <w:r>
        <w:rPr>
          <w:b/>
        </w:rPr>
        <w:t>GTA Online</w:t>
      </w:r>
      <w:r>
        <w:t>. И хотя на момент скандала редактор существовал уже на протяжении 10 лет, обогатив GTA 4 большим количеством модов (отсюда и название), издатель внезапно озаботился потенциальными угрозами только в 2017 году, когда мультиплеерный режим GTA 5 существовал на протяжении уже 4 лет и до того не являлся центром каких-либо скандалов связанных с OpenIV.</w:t>
      </w:r>
    </w:p>
    <w:p>
      <w:r>
        <w:t>Криворучко высказал свое категорическое несогласие с обвинениями Take-two, обратив внимание издателя на то, что он в своих действиях не нарушал Гражданский кодекс РФ, не распространял исходный код и оригинальные данные игры, а так же не прикасался к сетевому режиму. В своем посте на GTAForums Криворучко назвал эту ситуацию «днем, когда моддинг GTA стал нелегальным», признал что модифицирование было «полем битвы между юристами и пиарщиками», подчеркнул «техническую и грамматическую» безграмотность требований кампании.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9839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983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Сообщение Криворучко на GTAFORUMS</w:t>
      </w:r>
    </w:p>
    <w:p>
      <w:r>
        <w:t>Команда OpenIV приняла трудное решение по остановке своей деятельности. Но, к счастью, после выступила с заявлением, согласно которому все равно продолжит свою работу над редактором, оставаясь в рамках политики модификаций Rockstar.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549442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494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Чем дело кончилось в конечном итоге</w:t>
      </w:r>
    </w:p>
    <w:p>
      <w:r>
        <w:t xml:space="preserve">История этого конфликта показательна отношением крупного капиталистического гиганта к явно раздражающему его народному творчеству, из которого, пускай, никто и не извлекает прибыли вопреки желаниям издателя и разработчика, но и главная проблема которого заключается именно в этом: с одной стороны, игра наполняется пусть и пользовательским, но все же контентом, но за это никто не получает денег. В глазах буржуазных хищников происходит бессовестное использование интеллектуальной собственности для создания </w:t>
      </w:r>
      <w:r>
        <w:rPr>
          <w:i/>
        </w:rPr>
        <w:t>бесплатного</w:t>
      </w:r>
      <w:r>
        <w:t xml:space="preserve"> (!) творчества по мотивам. Факт его совершенно некоммерческого распространения ничуть не уменьшает раздражение капитального собственника: его бесит что народ пользуется принадлежащей ему (а читай: присвоенной им) собственностью и не платит за это денег. Но даже в таком своем виде, она – лишь прелюдия к еще более масштабному беснованию обладателей священных авторских прав.</w:t>
      </w:r>
    </w:p>
    <w:p>
      <w:pPr>
        <w:pStyle w:val="Heading3"/>
      </w:pPr>
      <w:r>
        <w:t>Крестовый поход капитала против народных ремейков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06564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656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Если с обычными модификациями капиталисты от мира видеоигр еще готовы мириться, ведь, в самом деле, вред таковых доходам студии не очевиден, да и поддерживает активность аудитории на определенном уровне довольно продолжительный период времени (способный растянутся и на год, и на пятилетку и даже на десятилетия), то чего кампании разработчиков и их издательства особенно не любят – так это авторских ремейков старых игр на новых движках от новых игр. В этом вопросе крупные игровые конторы строго соблюдают солидарность и всегда жестко преследуют тех, кто отчаивается заниматься столь крупными работами по переносу контента из устаревшей игры на рельсы обновленного движка еще не успевшего состариться проекта. Так произошло, например, с командой, занимавшейся переносом карты игрового мира из </w:t>
      </w:r>
      <w:r>
        <w:rPr>
          <w:b/>
        </w:rPr>
        <w:t>Red Dead Redemption</w:t>
      </w:r>
      <w:r>
        <w:t xml:space="preserve"> в GTA 5.</w:t>
      </w:r>
    </w:p>
    <w:p>
      <w:r>
        <w:t>В марте 2017 года Интернет-сообществу стало известно, что команда энтузиастов уже как на протяжении двух лет занимается переносом игрового мира RDR на пк. Эта новость вдохновила многих игроков, мечтавших поиграть в игру на компьютере, ведь в свое время она обошла стороной pc платформу, продолжая держать расстояние от персональных компьютеров и по сей день. Потому такая новость, пускай и подразумевавшая годы и годы кропотливого труда, за неимением официальных релизов пк версии, приобрела популярность, обрадовав игровое сообщество и поклонников серии. Но тут подобно адвокату дьявола, на сцене появляются уже знакомые нам (и теперь всему игровому сообществу) представители Take-Two…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67861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86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Каких результатов успели добиться авторы модификации</w:t>
      </w:r>
    </w:p>
    <w:p>
      <w:r>
        <w:t>Итогом закономерного и неизбежного появления стало сообщение о закрытии командой своего проекта и отмене поставленных ранее целей, к которым преданные энтузиасты двигалась на протяжении двух лет.</w:t>
      </w:r>
    </w:p>
    <w:p>
      <w:r>
        <w:t>Вред современной видеоигровой культуре, который наносится действиями, вызванными жадностью чисто буржуазного происхождения, в этот раз куда более очевиден: ожидая более благоприятного момента для наиболее прибыльной продажи ремейка, Take-Two оттягивает до бесконечных пределов переиздание давно успевшей стать культовой RDR, лишая тем самым большую pc аудиторию возможности, что говориться, приобщиться к мировой классике, понуждая людей приобретать консоли; издательский дракон стережет свое цифровое сокровище, тщательно бдя денно и нощно, яростно отгоняя от него народных энтузиастов.</w:t>
      </w:r>
    </w:p>
    <w:p>
      <w:r>
        <w:t xml:space="preserve">Совершенно та же участь постигла уже не один пользовательский проект по обновлению движка игры из категории «old school». Так, в свое время Nintendo запретила ремейк старенького платформера 1991 года </w:t>
      </w:r>
      <w:r>
        <w:rPr>
          <w:b/>
        </w:rPr>
        <w:t>Metroid 2: Return of Samus</w:t>
      </w:r>
      <w:r>
        <w:t xml:space="preserve">, а прародитель жанра “сурвайвал хоррор” (Survival horror), автор культовой классики про заброшенные особняки и спрятанные под ними лаборатории, </w:t>
      </w:r>
      <w:r>
        <w:rPr>
          <w:b/>
        </w:rPr>
        <w:t>Capcom</w:t>
      </w:r>
      <w:r>
        <w:t>, в августе этого года попросила преданных жанру и серии поклонников прекратить всякую работу над ремейком Resident Evil 2 на движке четвертой части. Правда, в этом случае запрет на фанатский ремейк все-таки хоть сколько-нибудь, да обоснован: еще в июне кампания продемонстрировала на международной видеоигровой выставке Е3 геймплей официального ремейка второй части культовой серии. Так что необходимость фанатской поделки резко потеряла смысл.</w:t>
      </w:r>
    </w:p>
    <w:p>
      <w:r>
        <w:t>Но, тем не менее, капитал не пожелал идти на риски, видимо, всерьез опасаясь, что пользовательская модификация может составить конкуренцию кампании и оттянуть некоторое внимание публики, создав тем неприятный для разработчика прецедент «когда есть с чем сравнивать».</w:t>
      </w:r>
    </w:p>
    <w:p>
      <w:pPr>
        <w:pStyle w:val="Heading3"/>
      </w:pPr>
      <w:r>
        <w:t>Bethesda</w:t>
      </w:r>
    </w:p>
    <w:p>
      <w:r>
        <w:t>Команда преданных серии игр Древних Свитков (The Elder Scrolls) игроков, имеющей славную и действительно богатую историю модификаций, Skyrim Together, уже довольно давно создает модификацию, которая добавила бы в игру кооперативный режим, но в истории разработки мода присутствует одна пикантная деталь.</w:t>
      </w:r>
    </w:p>
    <w:p>
      <w:r>
        <w:t>В ноябре прошлого года команда разработчиков модификации сообщила о том, что Bethesda отказала им в праве распространения мода на площадке Steam. Эта новость оказалась печальной не столько потому, что такой запрет лишил мод максимального охвата потенциальной аудитории, а потому, что вынудил тем самым разработчиков кооперативного режима создавать собственную систему лобби, так как до того, модификация планировала использовать внутрисервисную систему Valve. Это сильно затруднило в свое время процесс разработки, отодвинув дату релиза на неопределенный срок и добавила создателям модификации лишней мороки с кодом.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290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Что интересно, кампания Bethesda будто бы решила поиздеваться над собственным сообществом: распространять модификацию в Steam нельзя, но она в целом не против разработки таковой и горячо их поддерживает. Но в Steam им, правда, дорога все равно заказана. Свое решение Bethesda никак не объяснила.</w:t>
      </w:r>
    </w:p>
    <w:p>
      <w:r>
        <w:t>Картина выходит противоречивая: с одной стороны, кампании необходимо сохранить свою репутацию среди игроков (которая к тому моменту несколько пошатнулась неоднозначной Fallout 4 и одиозным магазином платных модификаций, Creation Club), с другой стороны её очевидно коробит, доводит до нервных тиков мысль о том, что довольно значительная часть игрового сообщества идет против предложенного «Беседкой» способа играть в любимую игру вместе с другом (речь идет о The Elder Scrolls Online) и проявляет немалый интерес к разрабатываемой кооперативной модификации для Skyrim (страницу мода на Nexus mods в общем просмотрело около 2 млн (!) человек, в то время как по сообщениям Zenimax суммарный охват аудитории в TES Online на момент 2017 года составил 10 млн игроков). Вот и выходит: вроде и трогать опасно, себе во вред, но и сделать какую-нибудь гадость очень надо – вот Bethesda и делает такую гадость, лишая команду разработчиков возможности опираться на функции лобби и прочие возможности сервиса цифровой дистрибуции Steam, вынуждая их заниматься разработкой собственной системы.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110815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108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Сообщение разработчиков модификации</w:t>
      </w:r>
    </w:p>
    <w:p>
      <w:pPr>
        <w:pStyle w:val="Heading3"/>
      </w:pPr>
      <w:r>
        <w:t>В заключение</w:t>
      </w:r>
    </w:p>
    <w:p>
      <w:r>
        <w:t>Мы рассмотрели лишь некоторые, одни из самых ярких случаев учинения препятствий игровому сообществу по разработке модификаций со стороны капиталистических издателей и разработчиков. Конечно, эта история гораздо глубже и примеров можно привести больше.</w:t>
      </w:r>
    </w:p>
    <w:p>
      <w:r>
        <w:t>Тенденция такова: несмотря на засилье чисто товарного характера отношений в игровой индустрии, народные массы нашли способ обогащать общество новым, свободным от интересов прибыли творчеством, полностью нацеленным на удовлетворение общественных запросов.</w:t>
      </w:r>
    </w:p>
    <w:p>
      <w:r>
        <w:t>Они открыли возможность для творческой самореализации каждого отдельного человека, дав обывателю прямо в руки (вместе с требованиями известной степени дисциплины, образованности и подготовки) возможность осуществить свою мечту и почувствовать себя творцом, способного оставить след в мировой культуре.</w:t>
      </w:r>
    </w:p>
    <w:p>
      <w:r>
        <w:t>Все игровое сообщество благодаря модификациям приобрело возможность на базе уже созданных произведений объединяться и коллективными усилиями создавать «игру своей мечты», самостоятельно доводить готовые продукты до состояния обещанного «того самого», дополнять и расширять уже существующие продукты, создавать совершенно новые художественные произведения.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525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5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Метафора на дракона Капитал, охраняющего свой товар от посягательств народных энтузиастов</w:t>
      </w:r>
    </w:p>
    <w:p>
      <w:r>
        <w:t>Но в отношения между человеком и его мечтой о творческой полноценности и самореализации вмешивается капитал. Его вездесущая жажда прибыли заставляет восставать против модифицирования своих товаров. В логике его размышлений выходит так, что народ сам себя развлекает не платя при этом денег, выдавая контента – со всеми оговорками качества – порой в разы больше, чем было им создано изначально.</w:t>
      </w:r>
    </w:p>
    <w:p>
      <w:r>
        <w:t>Капиталистическая озабоченность всюду следует за современным искусством: ему недостаточно было низвести самую передовую её форму современности до позорного уровня недоделанной, с халтурой собранной, противоречивой в художественном и чисто техническом исполнениях товарной единицы, существующей лишь за тем, чтобы приносить прибыль.</w:t>
      </w:r>
    </w:p>
    <w:p>
      <w:r>
        <w:t>Капитал пошел дальше. Его возмущает свобода народного творчества, которое реализует себя не для прибыли, а для общественной радости и комфорта, исправляя ошибки и просчеты буржуазных творцов, где сценарными правками, а где и патчами. Он решил объявить крестовый поход против свободы творчества, выраженной в праве игроков модифицировать видеоигры.</w:t>
      </w:r>
    </w:p>
    <w:p>
      <w:r>
        <w:t>И чем дальше по времени займет период гниения буржуазной формации, тем более реакционные, более бесноватые формы этот поход будет приобретать, каждый раз обнажая истинные намерения класса собственников.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modding-protiv-avtorskogo-prava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