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Мобилизовать всех в борьбе за урожай</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2022-10-05</w:t>
      </w:r>
    </w:p>
    <w:p>
      <w:pPr/>
      <w:r>
        <w:t>2 мин. на чтение</w:t>
      </w:r>
    </w:p>
    <w:p>
      <w:r/>
      <w:r>
        <w:br/>
      </w:r>
      <w:r>
        <w:br/>
      </w:r>
      <w:r>
        <w:br/>
      </w:r>
      <w:r>
        <w:br/>
      </w:r>
      <w:r>
        <w:br/>
      </w:r>
      <w:r>
        <w:br/>
      </w:r>
      <w:r>
        <w:br/>
      </w:r>
      <w:r>
        <w:br/>
      </w:r>
      <w:r>
        <w:br/>
      </w:r>
      <w:r>
        <w:br/>
      </w:r>
      <w:r>
        <w:br/>
      </w:r>
      <w:r/>
    </w:p>
    <w:p>
      <w:r>
        <w:t>3 октября Александр Лукашенко назначал руководителей райисполкомов. На заседании была поставлена задача по сбору урожая с целью его экспорта на рынки России и Китая.</w:t>
      </w:r>
    </w:p>
    <w:p>
      <w:pPr>
        <w:pStyle w:val="IntenseQuote"/>
      </w:pPr>
    </w:p>
    <w:p>
      <w:r>
        <w:t>“Поэтому разговоры о том, что где-то санкции, какая-то мобилизация, война, еще чего-то, — не принимаются. Забудьте об этом. Вы должны видеть свой район, своих людей. Вы должны вовремя посеять, уйти в зиму, подняв зябь, и готовиться к весеннему севу”, — отметил президент.</w:t>
      </w:r>
    </w:p>
    <w:p>
      <w:r>
        <w:t>Для выполнения такой задачи нужно мобилизовать все человеческие ресурсы, включая работников бюрократического аппарата и учащихся различных учреждений:</w:t>
      </w:r>
    </w:p>
    <w:p>
      <w:pPr>
        <w:pStyle w:val="IntenseQuote"/>
      </w:pPr>
    </w:p>
    <w:p>
      <w:r>
        <w:t>“Если человек пойдет 5-6 часов поработает – и родителям в радость, и ребенку хорошая физическая подготовка. Мы все, и вы (я – точно) работали. Не работали, а вкалывали, и дай бог как. Поэтому мобилизовывайте студентов, рабочих, государственных служащих, прочих людей для того, чтобы помочь нам убрать это все. Потому что деньги приличные можем заработать. Не сейчас, так по весне.”</w:t>
      </w:r>
    </w:p>
    <w:p>
      <w:r>
        <w:t>В последнюю очередь президент обратил внимание на заполнение стабилизационных фондов продуктами борщового набора, с целью удержания на них цен:</w:t>
      </w:r>
    </w:p>
    <w:p>
      <w:pPr>
        <w:pStyle w:val="IntenseQuote"/>
      </w:pPr>
    </w:p>
    <w:p>
      <w:r>
        <w:t>“На импортные товары — это мы разберемся по ценам. Главное, чтобы наша аналогичная продукция контролировалась по ценообразованию.”</w:t>
      </w:r>
    </w:p>
    <w:p>
      <w:r>
        <w:t>Каждый год закладываются стабилизационные фонды по продовольствию. Но каждой весной при должном количестве на складах овощей цены на них неумолимо растут. Стабилизационные фонды только стабилизируют цены на внутреннем рынке по отношению к внешнему.</w:t>
      </w:r>
    </w:p>
    <w:p>
      <w:r>
        <w:t>Наивно полагать, что на экспорте сельскохозяйственной продукции заработают все участники уборочной компании. Заработают лишь экспортеры сельскохозяйственной продукции, акционеры, собственники предприятий и бенефициары. Большинство тружеников, непосредственно принимающих участие в уборочной компании, возместят лишь воспроизводство своей рабочей силы в виде зарплаты.</w:t>
      </w:r>
    </w:p>
    <w:p>
      <w:r>
        <w:t>Использования детского ресурса с целью приучения учащихся к труду в условиях капитализма является лицемерием. Отрываясь от процесса обучения, дети и их семьи не получат в должной мере финансовой компенсации недополученных знаний. Дети не столько приучаются к труду, сколько эксплуатируются в тяжелых и опасных условиях под присмотром лишь преподавателей, которые не обладают должными знаниями и навыками в обращении с сельскохозяйственной техникой.</w:t>
      </w:r>
    </w:p>
    <w:p>
      <w:r>
        <w:t>Как отметил Александр Лукашенко, целью любого производства в наших реалиях есть максимальное извлечение прибыли. Такое производство противоречит человеческой природе труда. Люди производят не ради процесса производства, а для удовлетворения своих потребностей. Снятием капиталистического противоречия между прибылью и потреблением станет социалистический способ производства.</w:t>
      </w:r>
    </w:p>
    <w:p>
      <w:r>
        <w:t xml:space="preserve">Источник: Белта – </w:t>
      </w:r>
      <w:hyperlink r:id="rId11">
        <w:r>
          <w:rPr>
            <w:color w:val="0000FF"/>
            <w:u w:val="single"/>
          </w:rPr>
          <w:t>“Мобилизуйте всех, и учащихся тоже. Лукашенко потребовал достойно закончить сельскохозяйственный год”</w:t>
        </w:r>
      </w:hyperlink>
      <w:r>
        <w:t xml:space="preserve"> от 03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obilizovat-vsex-v-borbe-za-urozhaj" TargetMode="External"/><Relationship Id="rId11" Type="http://schemas.openxmlformats.org/officeDocument/2006/relationships/hyperlink" Target="https://www.belta.by/president/view/mobilizujte-vseh-i-uchaschihsja-tozhe-lukashenko-potreboval-dostojno-zakonchit-selskohozjajstvennyj-god-527009-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