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Мигранты в Великобритании: опровержение мифа о «сытой жизни» европейских беженцев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2023-11-26</w:t>
      </w:r>
    </w:p>
    <w:p>
      <w:pPr/>
      <w:r>
        <w:t>18 мин. на чтение</w:t>
      </w:r>
    </w:p>
    <w:p/>
    <w:p>
      <w:r>
        <w:t xml:space="preserve">В Великобритании продолжается ужесточение мер в отношении лиц, ищущих убежища, поскольку правительство стремится отвлечь работников от их самых насущных проблем (например, стоимости жизни) и перенаправить их внимание на проблему беженцев. Правительство утверждает, что именно они несут ответственность за нехватку средств для повышения заработной платы, и таким образом стремится переложить недовольство населения на это уязвимое меньшинство. </w:t>
      </w:r>
    </w:p>
    <w:p>
      <w:r>
        <w:t xml:space="preserve">Предыдущим событием в этом вопросе было британско-руандийское соглашение о предоставлении убежища, о котором </w:t>
      </w:r>
      <w:hyperlink r:id="rId11">
        <w:r>
          <w:rPr>
            <w:color w:val="0000FF"/>
            <w:u w:val="single"/>
          </w:rPr>
          <w:t>мы рассказывали ранее</w:t>
        </w:r>
      </w:hyperlink>
      <w:r>
        <w:t xml:space="preserve">, согласно которому лица, ищущие убежища, будут депортированы в Руанду. С тех пор стало известно, что в случае провала всё ещё продолжающейся сделки с Руандой правительство планирует отправить просителей убежища на остров Вознесения, остров площадью 88 км2 с населением 806 человек и отсутствием инфраструктуры, способной справиться с таким наплывом людей [1]. </w:t>
      </w:r>
    </w:p>
    <w:p>
      <w:r>
        <w:t xml:space="preserve">Лица, ищущие убежища, делятся на «легальных» и «нелегальных». Лица, ищущие законного убежища, — это люди, которые по официальным каналам подали заявление на получение статуса беженца и либо получили его сразу, либо достигли определённой стадии процесса, позволяющей им легально проживать в Великобритании. Нелегальные просители убежища — это люди, которые предприняли опасное путешествие через Ла-Манш на небольших лодках и попросили начать процесс подачи заявления на получение статуса беженца уже после прибытия в страну.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Источник: Getty Images</w:t>
      </w:r>
    </w:p>
    <w:p>
      <w:r>
        <w:t>В 2022 году 45% ходатайств о предоставлении убежища были поданы нелегальными просителями убежища [2]. Многие из них являются жертвами торговли людьми со стороны групп контрабандистов, которые наживаются на их отчаянии. Очень часто их обманывают, заставляя брать огромные кредиты для оплаты транспортных расходов на контрабанду, и поэтому они вынуждены добираться до Британии всё ещё находясь в долговом рабстве.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401879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187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Лица, ищущие убежища, — это отчаявшиеся люди, спасающиеся от войны, преследований, насилия или крайней нищеты, и очень часто они приезжают из стран, где британские военные (действующие совместно с другими западными военными) активно защищают (или совсем недавно защищали) интересы британских (или западных) монополий, которые в значительной степени ответственны за тяжёлое положение указанной зависимой страны. Наиболее распространённой национальностью лиц, ищущих убежища, является албанская, за ней следуют афганцы, иранцы, иракцы и сирийцы [3].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428625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86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Албания не является страной, которую раздирает война, поэтому правительство стремится всячески очернить албанцев, особенно за то, что они ищут лучшей жизни в Великобритании. Однако, согласно данным Всемирного банка, Албания является самой бедной страной в Европе с уровнем бедности в 30% (определяемым как заработок менее 5 долларов в день) [4]. Кроме того, албанцы, ищущие убежища, в основном являются выходцами с севера страны, из регионов, где для более 50% домохозяйств социальная помощь и пособия являются основным источником дохода. Ранее, во времена Народной Социалистической Республики Албания, в этих регионах были эффективные горнодобывающие предприятия, которые с тех пор были распроданы, оставив людей без средств к существованию и перспектив на будущее. Отчаяние, порождаемое этой бедностью, достаточно велико для того, чтобы албанцы присоединились к афганцам, иракцам и сирийцам в опасном нелегальном путешествии на маленькой лодке.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6656485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564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Caption"/>
      </w:pPr>
      <w:r>
        <w:t>Процент домохозяйств в Албании, основными источниками дохода которых являются социальная помощь и пособия</w:t>
      </w:r>
    </w:p>
    <w:p>
      <w:r>
        <w:t>За прошедший год выяснилось, что британское правительство тратит более 6 миллионов фунтов стерлингов в день из средств налогоплательщиков, или почти 2,2 миллиарда фунтов стерлингов в год, на размещение 51 000 просителей убежища, проживающих в настоящее время в отелях по всей стране [5]. Эту информацию широко осветили в СМИ, что ещё больше подогрело негодование по отношению к беженцам наиболее реакционной и нестабильной части трудящихся, которые борются с дороговизной жизни в условиях нынешнего капиталистического кризиса и легко поддаются обману правящего класса. Возмущение проявилось во многих акциях протеста (часто организуемых ультраправыми) [6] против беженцев по всей стране, включая и те, на которых применялась сила [7]. Это также поощрялось заявлениями нынешнего министра внутренних дел Суэллы Браверман из правящей консервативной партии, в которых нелегальная миграция называлась «вторжением на Южное побережье» [8].</w:t>
      </w:r>
    </w:p>
    <w:p>
      <w:r>
        <w:t xml:space="preserve">Кроме того, министр внутренних дел намекнул, что достаточно «просто быть геем… чтобы претендовать на защиту», несмотря на тот факт, что только 1,5% </w:t>
      </w:r>
      <w:hyperlink r:id="rId16">
        <w:r>
          <w:rPr>
            <w:color w:val="0000FF"/>
            <w:u w:val="single"/>
          </w:rPr>
          <w:t>ходатайств</w:t>
        </w:r>
      </w:hyperlink>
      <w:r>
        <w:t xml:space="preserve"> о предоставлении убежища за последний год указывали сексуальную ориентацию как часть заявления.</w:t>
      </w:r>
    </w:p>
    <w:p>
      <w:r>
        <w:t>Общественное мнение по этому вопросу довольно сильно разделилось: согласно опросу YouGov, 42% респондентов заявили, что поддерживают новый, более жёсткий подход правительства к просителям убежища в «маленькой лодке», 39% заявили, что выступают против этого, а 20% не определились [9]. Этим группам кажется, что правительство плюёт им в лицо, позволяя британцам голодать и оставаться бездомными, с одной стороны, в то время как щедро одаривает беженцев проживанием в роскошных отелях и бесплатными подачками в течение многих месяцев и даже лет подряд. При более глубоком рассмотрении раскрывается истина. Как сказал Маркс во введении к</w:t>
      </w:r>
      <w:r>
        <w:rPr>
          <w:i/>
        </w:rPr>
        <w:t xml:space="preserve"> «Критике гегелевской философии права», «</w:t>
      </w:r>
      <w:r>
        <w:t>Быть радикальным — значит постигать корень проблемы</w:t>
      </w:r>
      <w:r>
        <w:rPr>
          <w:i/>
        </w:rPr>
        <w:t>»</w:t>
      </w:r>
      <w:r>
        <w:t>.</w:t>
      </w:r>
    </w:p>
    <w:p>
      <w:r>
        <w:t>Для начала давайте изучим условия проживания в отеле и опыт пребывания там лиц, ищущих убежища. В докладе «Жизнь в ожидании: опыт людей, проживающих в гостиницах для предоставления убежища</w:t>
      </w:r>
      <w:r>
        <w:rPr>
          <w:i/>
        </w:rPr>
        <w:t>»</w:t>
      </w:r>
      <w:r>
        <w:t>, опубликованном Советом по делам беженцев в июле 2022 года, излагается ряд проблем, с которыми сталкиваются просители убежища [10]. В нём говорится, что «проживание в отелях является умственным и эмоциональным изнурением для всех участников. Часто страдая от физической и социальной изоляции, клиенты с трудом интегрируются в свои местные сообщества из-за отсутствия доступа к местным возможностям, одежде, общественному транспорту, поддержке в области психического здоровья и занятиям английским языком</w:t>
      </w:r>
      <w:r>
        <w:rPr>
          <w:i/>
        </w:rPr>
        <w:t>».</w:t>
      </w:r>
      <w:r>
        <w:t xml:space="preserve"> Многим просителям убежища приходится бороться с плесенью и постельными клопами, с которыми не разбираются неделями или месяцами подряд. Целые семьи ютятся в одном гостиничном номере, у них отсутствует доступ к медицинскому обслуживанию, а иногда даже к самым элементарным санитарным удобствам [11].</w:t>
      </w:r>
    </w:p>
    <w:p>
      <w:r>
        <w:t>Неудивительно, что по данным независимого главного инспектора по границам и иммиграции (ICIBI), в Министерство внутренних дел в среднем каждые 30 минут поступают сообщения о проблемах с благосостоянием лиц, ищущих убежища в гостиницах. Кроме того, другими проблемами, с которыми сталкиваются «размещённые» просители убежища, являются отсутствие или неисправность центрального отопления, протекающие потолки и переполненность комнат, в которых проживают незнакомые люди [12]. Более того, помимо плохих условий жизни, просители убежища месяцами, а иногда и годами сидят взаперти в своих комнатах, им нечего делать, поскольку по закону им не разрешается работать, а их пособия недостаточно для приобретения предметов первой необходимости, не говоря уже о каких-либо развлечениях или образовательных материалах.</w:t>
      </w:r>
    </w:p>
    <w:p>
      <w:r>
        <w:t>Эти условия, напоминающие тюремные, чрезвычайно психологически обременительны для людей, единственным «преступлением» которых было бегство от насилия или бедности, что приводит к множеству проблем с психическим здоровьем, включая депрессию и идеализацию самоубийства, что особенно ужасно для многих находящихся в этих учреждениях несопровождаемых детей, ищущих убежища. Мизерное пособие, которое получают просители убежища, составляет 6,77 фунтов стерлингов в день на питание, одежду и туалетные принадлежности, и оно снижается до 1,37 фунтов в день, если по месту проживания также предоставляется питание [13]. Однако часто возникают задержки с получением даже этой мизерной суммы или карты ASPEN, которая им необходима для доступа к средствам.</w:t>
      </w:r>
    </w:p>
    <w:p>
      <w:r>
        <w:t>Итак, теперь необходимо задать вопрос: почему правительство платит 6 миллионов фунтов стерлингов в день за такое ветхое жильё? И для справки, если мы разделим 6 миллионов фунтов стерлингов на 51 000 просителей убежища, то получим около 117 фунтов стерлингов в день на проживание каждого просителя убежища в отеле. Средняя цена проживания в гостиничном номере в Великобритании в сутки (согласно анализу почти 13 000 отелей) составляет 89,03 фунтов стерлингов, а медианная цена — 83,51 фунта [14]. Это показывает, что цена, которую правительство платит за дешёвое жильё, предлагаемое лицам, ищущим убежища, выше, чем средний номер в британском отеле, и, принимая во внимание тот факт, что лица, ищущие убежища, часто заселяются по нескольку человек в номер, цена, которую правительство платит за номер, вероятно, более чем вдвое превышает средний показатель по стране.</w:t>
      </w:r>
    </w:p>
    <w:p>
      <w:r>
        <w:t>Ответ на вопрос о причине такой непомерной цены, взимаемой с налогоплательщика, заключается в том факте, что деньги выплачиваются не самим просителям убежища каждый день за то, что они самостоятельно ищут жильё в отелях, а непосредственно конкретным отелям, с которыми у них есть сделки, которые являются частными предприятиями. Правительство гарантирует владельцам отелей ежедневный доход в размере 6 миллионов фунтов стерлингов из средств налогоплательщиков, и отель не обязан предоставлять те же услуги, что и платящим клиентам. Например, фирма Mitie заключила контракт на предоставление жилья лицам, ищущим убежища, на сумму 627 миллионов фунтов стерлингов, Clearsprings с 2010 года получила контракты на сумму 996 млн фунтов, Mears выиграла три 10-летних контракта на предоставление убежища на сумму 1,15 миллиарда фунтов, а крупнейшим является Serco, которая получила 2,18 млрд фунтов [15].</w:t>
      </w:r>
    </w:p>
    <w:p>
      <w:r>
        <w:t>А члены правительства (которые часто сами являются капиталистами) часто выполняют функции консультативного совета по обращению денег конкретно для этих компаний и монополий в целом — часто в то же время, когда они выполняют свою правительственную роль. Например, депутат парламента от консервативной партии Криспин Блант зарабатывает 117 фунтов стерлингов в час в совете директоров Belvedere Hotels limited, которая занимается размещением просителей убежища в 50 отелях по всему югу Англии [16]. Гостиницы могут легко сэкономить на вопросах безопасности, комфорта, качества сервиса и т.д. (что они и делают) для лиц, ищущих убежища, поскольку капиталистическое государство гарантирует им доход. Этот тезис ещё раз подтверждается тем фактом, что первоначально это соглашение было «временно» введено в действие во время пандемии, когда гостиничная индустрия испытывала трудности и была спасена правительством. С тех пор это соглашение продолжает действовать и значительно разрослось, поскольку правительство и капиталисты гостиничной индустрии получают дивиденды от этой взаимовыгодной и очень прибыльной схемы.</w:t>
      </w:r>
    </w:p>
    <w:p>
      <w:r>
        <w:t>Одновременно с этим, народное недовольство бременем, лежащим на налогоплательщиках, может быть без особых усилий направлено правительством в ложном направлении на самих просителей убежища, а не на капиталистов, которые извлекают выгоду из этого соглашения. И просители убежища, и британские рабочие проигрывают и страдают, в то время как капиталистическое государство и владелец отеля выигрывают. Этот процесс очень характерен для империалистической стадии капитализма, в условиях которой мы живём, где устанавливается господство монополий и финансового капитала. Однако этот процесс начался ещё в XIX веке, как описывает Маркс в части I «</w:t>
      </w:r>
      <w:r>
        <w:rPr>
          <w:i/>
        </w:rPr>
        <w:t>Классовой борьбы во Франции с 1848 по 1850 год».:</w:t>
      </w:r>
    </w:p>
    <w:p>
      <w:pPr>
        <w:pStyle w:val="IntenseQuote"/>
      </w:pPr>
      <w:r>
        <w:t xml:space="preserve">«Так как финансовая аристократия издавала законы, управляла государством, распоряжалась всей организованной общественной властью, самим фактом своего господства и посредством печати подчиняла себе общественное мнение, то во всех сферах, начиная от королевского двора и кончая Café Borgne, царили та же проституция, тот же бесстыдный обман, та же страсть к обогащению не путём производства, а путём ловкого прикарманивания уже имеющегося чужого богатства. Именно в верхах буржуазного общества нездоровые и порочные вожделения проявились в той необузданной — на каждом шагу приходящей в столкновение даже с буржуазными законами — форме, в которой порождённое спекуляцией богатство ищет себе удовлетворения сообразно своей природе, так что наслаждение становится распутством, а деньги, грязь и кровь сливаются в один поток. Финансовая аристократия как по способу своего обогащения, так и по характеру своих наслаждений есть не что иное, как </w:t>
      </w:r>
      <w:r>
        <w:rPr>
          <w:i/>
        </w:rPr>
        <w:t>возрождение люмпен-пролетариата на верхах буржуазного общества»</w:t>
      </w:r>
      <w:r>
        <w:t>.</w:t>
      </w:r>
    </w:p>
    <w:p>
      <w:r>
        <w:t>К сожалению, тяжёлое положение лиц, ищущих убежища, на этом не заканчивается; оно становится ещё хуже. Из-за недовольства, вызванного правительством в связи с положением лиц, ищущих убежища, власти также объявили о поисках альтернатив «роскошному» проживанию в предоставленных отелях. Последней разработкой является баржа «Бибби Стокгольм», которая вмещает 500 просителей убежища в 222 каютах. Аренда обходится в 7,3 миллиона фунтов стерлингов в год, что позволяет налогоплательщику сэкономить менее 10 фунтов стерлингов на одного мигранта, что по-прежнему значительно превышает среднюю цену гостиничного номера по стране, что свидетельствует об очередной коррупционной схеме [17]. Ранее баржа использовалась для размещения бездомных и строительных рабочих, но была переоборудована двухъярусными кроватями и другими модификациями, чтобы значительно увеличить её вместимость.</w:t>
      </w:r>
    </w:p>
    <w:p>
      <w:r>
        <w:t>Символично, что она пришвартована у острова Портленд точно в том же месте, где раньше находился тюремный корабль. Как обычно, правительство сделало тщеславные заявления о том, насколько щедрой и подходящей является баржа, однако не прошло и недели после того, как её начали заселять, как посыпались жалобы не только на ужасные условия проживания, но и на то, что 11 августа в водопроводе была обнаружена бактерия легионелла [18]. Бактерии легионеллы могут вызывать «болезнь легионера», форму пневмонии с летальным исходом 10% [19]. Член парламента от консервативной партии Ли Андерсон в течение той недели заявил, что беженцы, которые не желают размещаться на барже, должны «убираться во Францию» [20] — высказывание, с которым позже согласился и которое защитил и премьер-министр [22].</w:t>
      </w:r>
    </w:p>
    <w:p>
      <w:r>
        <w:t xml:space="preserve">Вслед за этими заявлениями 12 августа шесть афганских просителей убежища утонули в Ла-Манше, пытаясь совершить путешествие на небольшой лодке [23]. Мэр острова Портленд Карралин Паркес попыталась подать судебный иск против правительства, утверждая, что баржа нарушает законы о планировании, а также Закон о равенстве 2010 года. Однако 11 сентября Верховный суд вынес решение в пользу правительства; баржа остаётся [24], и 16 сентября она будет вновь занята лицами, ищущими убежища [24]. 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0861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 xml:space="preserve">Сталкиваясь с давлением, требующим более эффективного с точки зрения затрат обращения с лицами, ищущими убежища, и не желая фактически заботиться о них и оказывать им помощь, правительство теперь обязалось обработать все «унаследованные» ходатайства о предоставлении убежища (определяемые как поданные до 28 июня 2022 года) к концу 2023 года. Это означает, что правительство предоставит или отклонит убежище каждому из более чем 50 000 просителей убежища, которые попадают в эту категорию. У тех, кто будет принят в качестве беженцев, будет максимум 28 дней (в некоторых случаях всего 7 дней), чтобы найти альтернативное жильё, а также работу или подать заявление на получение пособия по безработице, прежде чем их вышвырнут [25]. </w:t>
      </w:r>
    </w:p>
    <w:p>
      <w:r>
        <w:t xml:space="preserve">Как легко можно себе представить, поскольку даже обычному гражданину Великобритании вряд ли хватило бы этого времени, чтобы начать совершенно новую жизнь, этого определённо недостаточно для беженца, который прибыл в страну ни с чем и вероятно не знаком с местным языком и культурой. Даже если бы они могли позволить себе арендную плату (которая в среднем обходится в 40% дохода), им в целом трудно найти жильё за такой короткий промежуток времени из-за нынешней нехватки жилья [26]. В результате эта мера, вероятно, обрекает значительную часть беженцев на участь бездомности и социального остракизма. </w:t>
      </w:r>
    </w:p>
    <w:p>
      <w:r>
        <w:t xml:space="preserve">Попытки капиталистического государства расколоть рабочих, которые борются с дороговизной жизни, указывая пальцем на ещё более отчаявшихся и бедных, — это своего рода презренная и фашистская риторика, которую мы уже привыкли ожидать от капиталистов Великобритании. Лица, ищущие убежища, живут в ужасающих условиях, и британское правительство лишает их возможности работать и вносить свой вклад в общество. </w:t>
      </w:r>
    </w:p>
    <w:p>
      <w:r>
        <w:t xml:space="preserve">И даже после того, как им, наконец, будет предоставлен статус беженца и право на работу, или если они сбегут из места заключения и будут искать работу нелегально, они по-прежнему бедны и не знакомы с местным языком и культурой, что делает их лёгкой добычей для наиболее хищнических капиталистов и люмпенов в нелегальной промышленности, обрекая их на фактически современное рабство [23]. К сожалению, подобная тенденция растёт во всём мире, и </w:t>
      </w:r>
      <w:hyperlink r:id="rId18">
        <w:r>
          <w:rPr>
            <w:color w:val="0000FF"/>
            <w:u w:val="single"/>
          </w:rPr>
          <w:t>мы ранее уже писали об этом</w:t>
        </w:r>
      </w:hyperlink>
      <w:r>
        <w:t xml:space="preserve">. </w:t>
      </w:r>
    </w:p>
    <w:p>
      <w:r>
        <w:t xml:space="preserve">Это касается не только среднестатистического просителя убежища, но и многих выдающихся талантливых людей, которым отказывают в возможности реализовать свой человеческий потенциал из-за их бедственного положения. Например, недавним лауреатом Филдсовской медали по математике был курдский беженец, прибывший в Великобританию в начале 2000-х годов [28], но на каждого, кто добивается таких успехов, несмотря на условия, приходится как минимум 10 «неудачников». Вдобавок и сам Карл Маркс фактически был беженцем, искавшим убежища в Великобритании от прусского правительства. Капиталисты Великобритании, в то время как они пользовались монополией на империалистическое господство во всём мире, могли позволить себе принять такого «опасного» беженца, в то время как ему отказывали и преследовали все остальные национальные правящие классы Европы. Теперь капиталисты Британии, подобно крысам, коими они и являются, направляют оскорбления и вину на отчаявшихся и бедных. Это свидетельствует о процессе фашизации, который продолжается как в Великобритании, так и во всём мире, и медленном продвижении к открытой террористической диктатуре финансового капитала, поскольку он продолжает расширяться всё больше, подобно опухоли, которой он является, и доминировать в обществе во всё большей степени. </w:t>
      </w:r>
    </w:p>
    <w:p>
      <w:r>
        <w:t xml:space="preserve">В Великобритании более миллиона вакансий, и предстоит проделать большую работу, например, по устранению разрушающейся инфраструктуры, ветхих государственных служб и переводу экономики на полностью устойчивую основу, однако в дополнение к просителям убежища есть и «обычная» безработица. Это объясняется тем, что рабочая сила в настоящее время является товаром и подвержена тем же иррациональным капризам рынка, что и всё остальное при капитализме. Задача коммунистов состоит в том, чтобы освободить человеческий труд от его нынешнего статуса товара, устранив разделение людей на классы, одни из которых владеют средствами производства и могут заставить других, не владеющих ничем, кроме собственной рабочей силы, продавать её им. При этой системе все будут свободны трудиться на средствах производства, находящихся в общей собственности, где свободное развитие каждого становится условием свободного развития всех. </w:t>
      </w:r>
    </w:p>
    <w:p>
      <w:pPr>
        <w:pStyle w:val="Heading3"/>
      </w:pPr>
      <w:r>
        <w:t>Источники</w:t>
      </w:r>
    </w:p>
    <w:p>
      <w:r>
        <w:rPr>
          <w:b/>
        </w:rPr>
        <w:t>[1]</w:t>
      </w:r>
      <w:r>
        <w:t xml:space="preserve"> The Daily Mail**: «</w:t>
      </w:r>
      <w:hyperlink r:id="rId19">
        <w:r>
          <w:rPr>
            <w:color w:val="0000FF"/>
            <w:u w:val="single"/>
          </w:rPr>
          <w:t>Government's Plan B for Channel migrants revealed: Arrivals could be sent to Ascension Island in the South Atlantic — if scheme to move them to Rwanda is thwarted</w:t>
        </w:r>
      </w:hyperlink>
      <w:r>
        <w:t xml:space="preserve">»   </w:t>
      </w:r>
    </w:p>
    <w:p>
      <w:r>
        <w:rPr>
          <w:b/>
        </w:rPr>
        <w:t xml:space="preserve">[2] </w:t>
      </w:r>
      <w:r>
        <w:t>BBC*: «</w:t>
      </w:r>
      <w:hyperlink r:id="rId20">
        <w:r>
          <w:rPr>
            <w:color w:val="0000FF"/>
            <w:u w:val="single"/>
          </w:rPr>
          <w:t>How many people cross the Channel in small boats and how many claim asylum in the UK?</w:t>
        </w:r>
      </w:hyperlink>
      <w:r>
        <w:t xml:space="preserve">»  </w:t>
      </w:r>
    </w:p>
    <w:p>
      <w:r>
        <w:rPr>
          <w:b/>
        </w:rPr>
        <w:t>[3]</w:t>
      </w:r>
      <w:r>
        <w:t xml:space="preserve"> BBC*: «</w:t>
      </w:r>
      <w:hyperlink r:id="rId21">
        <w:r>
          <w:rPr>
            <w:color w:val="0000FF"/>
            <w:u w:val="single"/>
          </w:rPr>
          <w:t>Albanian migrants: Why are they coming to the UK and how many have arrived?</w:t>
        </w:r>
      </w:hyperlink>
      <w:r>
        <w:t xml:space="preserve">»  </w:t>
      </w:r>
    </w:p>
    <w:p>
      <w:r>
        <w:rPr>
          <w:b/>
        </w:rPr>
        <w:t>[4]</w:t>
      </w:r>
      <w:r>
        <w:t xml:space="preserve"> Albanian Daily News: «</w:t>
      </w:r>
      <w:hyperlink r:id="rId22">
        <w:r>
          <w:rPr>
            <w:color w:val="0000FF"/>
            <w:u w:val="single"/>
          </w:rPr>
          <w:t>30% of Albanians to Live in Poverty until 2023; WB Report</w:t>
        </w:r>
      </w:hyperlink>
      <w:r>
        <w:t xml:space="preserve">»   </w:t>
      </w:r>
    </w:p>
    <w:p>
      <w:r>
        <w:rPr>
          <w:b/>
        </w:rPr>
        <w:t>[5]</w:t>
      </w:r>
      <w:r>
        <w:t xml:space="preserve"> Home Office Media: «</w:t>
      </w:r>
      <w:hyperlink r:id="rId23">
        <w:r>
          <w:rPr>
            <w:color w:val="0000FF"/>
            <w:u w:val="single"/>
          </w:rPr>
          <w:t>Accommodation sites factsheet — April 2023</w:t>
        </w:r>
      </w:hyperlink>
      <w:r>
        <w:t xml:space="preserve">»  </w:t>
      </w:r>
    </w:p>
    <w:p>
      <w:r>
        <w:rPr>
          <w:b/>
        </w:rPr>
        <w:t xml:space="preserve">[6] </w:t>
      </w:r>
      <w:r>
        <w:t>The Guardian: «</w:t>
      </w:r>
      <w:hyperlink r:id="rId24">
        <w:r>
          <w:rPr>
            <w:color w:val="0000FF"/>
            <w:u w:val="single"/>
          </w:rPr>
          <w:t>Asylum seekers ‘living in fear’ as more UK anti-migrant protests planned</w:t>
        </w:r>
      </w:hyperlink>
      <w:r>
        <w:t xml:space="preserve">» </w:t>
      </w:r>
    </w:p>
    <w:p>
      <w:r>
        <w:rPr>
          <w:b/>
        </w:rPr>
        <w:t>[7]</w:t>
      </w:r>
      <w:r>
        <w:t xml:space="preserve"> iNews: «</w:t>
      </w:r>
      <w:hyperlink r:id="rId25">
        <w:r>
          <w:rPr>
            <w:color w:val="0000FF"/>
            <w:u w:val="single"/>
          </w:rPr>
          <w:t>Knowsley: Violent anti-refugee protest comes after ministers ‘ignored warnings’ on dehumanising language</w:t>
        </w:r>
      </w:hyperlink>
      <w:r>
        <w:t xml:space="preserve">» </w:t>
      </w:r>
    </w:p>
    <w:p>
      <w:r>
        <w:rPr>
          <w:b/>
        </w:rPr>
        <w:t>[8]</w:t>
      </w:r>
      <w:r>
        <w:t xml:space="preserve"> LBC: «</w:t>
      </w:r>
      <w:hyperlink r:id="rId26">
        <w:r>
          <w:rPr>
            <w:color w:val="0000FF"/>
            <w:u w:val="single"/>
          </w:rPr>
          <w:t>'Invasion of the South Coast': Braverman admits illegal migration is 'out of control' as she fights to keep her job</w:t>
        </w:r>
      </w:hyperlink>
      <w:r>
        <w:t xml:space="preserve">»  </w:t>
      </w:r>
    </w:p>
    <w:p>
      <w:r>
        <w:rPr>
          <w:b/>
        </w:rPr>
        <w:t xml:space="preserve">[9] </w:t>
      </w:r>
      <w:r>
        <w:t>BBC*: «</w:t>
      </w:r>
      <w:hyperlink r:id="rId16">
        <w:r>
          <w:rPr>
            <w:color w:val="0000FF"/>
            <w:u w:val="single"/>
          </w:rPr>
          <w:t>Braverman's refugee speech sparks UN human rights criticism</w:t>
        </w:r>
      </w:hyperlink>
      <w:r>
        <w:t xml:space="preserve">»  </w:t>
      </w:r>
    </w:p>
    <w:p>
      <w:r>
        <w:rPr>
          <w:b/>
        </w:rPr>
        <w:t xml:space="preserve">[10] </w:t>
      </w:r>
      <w:r>
        <w:t>YouGov: «</w:t>
      </w:r>
      <w:hyperlink r:id="rId27">
        <w:r>
          <w:rPr>
            <w:color w:val="0000FF"/>
            <w:u w:val="single"/>
          </w:rPr>
          <w:t>From what you have seen or heard, do you support or oppose the Government’s approach towards people coming to the UK in small boats?</w:t>
        </w:r>
      </w:hyperlink>
      <w:r>
        <w:t xml:space="preserve">»  </w:t>
      </w:r>
    </w:p>
    <w:p>
      <w:r>
        <w:rPr>
          <w:b/>
        </w:rPr>
        <w:t>[11]</w:t>
      </w:r>
      <w:r>
        <w:t xml:space="preserve"> Refugee Council: «</w:t>
      </w:r>
      <w:hyperlink r:id="rId28">
        <w:r>
          <w:rPr>
            <w:color w:val="0000FF"/>
            <w:u w:val="single"/>
          </w:rPr>
          <w:t>Lives on Hold Research Report</w:t>
        </w:r>
      </w:hyperlink>
      <w:r>
        <w:t xml:space="preserve">»  </w:t>
      </w:r>
    </w:p>
    <w:p>
      <w:r>
        <w:rPr>
          <w:b/>
        </w:rPr>
        <w:t xml:space="preserve">[12] </w:t>
      </w:r>
      <w:r>
        <w:t>The Independent: «</w:t>
      </w:r>
      <w:hyperlink r:id="rId29">
        <w:r>
          <w:rPr>
            <w:color w:val="0000FF"/>
            <w:u w:val="single"/>
          </w:rPr>
          <w:t>The asylum seekers stuck in hotel rooms for months on end</w:t>
        </w:r>
      </w:hyperlink>
      <w:r>
        <w:t xml:space="preserve">» </w:t>
      </w:r>
    </w:p>
    <w:p>
      <w:r>
        <w:rPr>
          <w:b/>
        </w:rPr>
        <w:t>[13]</w:t>
      </w:r>
      <w:r>
        <w:t xml:space="preserve"> iTV: «</w:t>
      </w:r>
      <w:hyperlink r:id="rId30">
        <w:r>
          <w:rPr>
            <w:color w:val="0000FF"/>
            <w:u w:val="single"/>
          </w:rPr>
          <w:t>Asylum seeker shares pictures of 'disastrous' conditions of Liverpool accommodation</w:t>
        </w:r>
      </w:hyperlink>
      <w:r>
        <w:t xml:space="preserve">»  </w:t>
      </w:r>
    </w:p>
    <w:p>
      <w:r>
        <w:rPr>
          <w:b/>
        </w:rPr>
        <w:t>[14]</w:t>
      </w:r>
      <w:r>
        <w:t xml:space="preserve"> Gov.UK: «</w:t>
      </w:r>
      <w:hyperlink r:id="rId31">
        <w:r>
          <w:rPr>
            <w:color w:val="0000FF"/>
            <w:u w:val="single"/>
          </w:rPr>
          <w:t>Asylum support</w:t>
        </w:r>
      </w:hyperlink>
      <w:r>
        <w:t xml:space="preserve">»  </w:t>
      </w:r>
    </w:p>
    <w:p>
      <w:r>
        <w:rPr>
          <w:b/>
        </w:rPr>
        <w:t>[15]</w:t>
      </w:r>
      <w:r>
        <w:t xml:space="preserve"> BudgetYourTrip: «</w:t>
      </w:r>
      <w:hyperlink r:id="rId32">
        <w:r>
          <w:rPr>
            <w:color w:val="0000FF"/>
            <w:u w:val="single"/>
          </w:rPr>
          <w:t>UK Average Hotel Costs: Nightly Room Prices by Accommodation Type</w:t>
        </w:r>
      </w:hyperlink>
      <w:r>
        <w:t xml:space="preserve">»  </w:t>
      </w:r>
    </w:p>
    <w:p>
      <w:r>
        <w:rPr>
          <w:b/>
        </w:rPr>
        <w:t>[16]</w:t>
      </w:r>
      <w:r>
        <w:t xml:space="preserve"> The Byline Times: «</w:t>
      </w:r>
      <w:hyperlink r:id="rId33">
        <w:r>
          <w:rPr>
            <w:color w:val="0000FF"/>
            <w:u w:val="single"/>
          </w:rPr>
          <w:t>Meet the Companies for Which Asylum Policy is Big Business</w:t>
        </w:r>
      </w:hyperlink>
      <w:r>
        <w:t xml:space="preserve">»  </w:t>
      </w:r>
    </w:p>
    <w:p>
      <w:r>
        <w:rPr>
          <w:b/>
        </w:rPr>
        <w:t>[17]</w:t>
      </w:r>
      <w:r>
        <w:t xml:space="preserve"> The Byline Times: «</w:t>
      </w:r>
      <w:hyperlink r:id="rId34">
        <w:r>
          <w:rPr>
            <w:color w:val="0000FF"/>
            <w:u w:val="single"/>
          </w:rPr>
          <w:t>Conservative MP Takes Job For Scandal-Hit Asylum Hotel Firm</w:t>
        </w:r>
      </w:hyperlink>
      <w:r>
        <w:t xml:space="preserve">» </w:t>
      </w:r>
    </w:p>
    <w:p>
      <w:r>
        <w:rPr>
          <w:b/>
        </w:rPr>
        <w:t xml:space="preserve">[18] </w:t>
      </w:r>
      <w:r>
        <w:t>BBC*: «</w:t>
      </w:r>
      <w:hyperlink r:id="rId35">
        <w:r>
          <w:rPr>
            <w:color w:val="0000FF"/>
            <w:u w:val="single"/>
          </w:rPr>
          <w:t>What will life be like on the UK's first migrant barge?</w:t>
        </w:r>
      </w:hyperlink>
      <w:r>
        <w:t xml:space="preserve">»   </w:t>
      </w:r>
    </w:p>
    <w:p>
      <w:r>
        <w:rPr>
          <w:b/>
        </w:rPr>
        <w:t xml:space="preserve">[19] </w:t>
      </w:r>
      <w:r>
        <w:t>Sky News: «</w:t>
      </w:r>
      <w:hyperlink r:id="rId36">
        <w:r>
          <w:rPr>
            <w:color w:val="0000FF"/>
            <w:u w:val="single"/>
          </w:rPr>
          <w:t>Asylum seekers on board Bibby Stockholm barge say Legionella outbreak 'retraumatised' them</w:t>
        </w:r>
      </w:hyperlink>
      <w:r>
        <w:t xml:space="preserve">»   </w:t>
      </w:r>
    </w:p>
    <w:p>
      <w:r>
        <w:rPr>
          <w:b/>
        </w:rPr>
        <w:t xml:space="preserve">[20] </w:t>
      </w:r>
      <w:r>
        <w:t>The Independent: «</w:t>
      </w:r>
      <w:hyperlink r:id="rId37">
        <w:r>
          <w:rPr>
            <w:color w:val="0000FF"/>
            <w:u w:val="single"/>
          </w:rPr>
          <w:t>Legionella bacteria can cause serious lung disease that is fatal in 10% of cases</w:t>
        </w:r>
      </w:hyperlink>
      <w:r>
        <w:t xml:space="preserve">»   </w:t>
      </w:r>
    </w:p>
    <w:p>
      <w:r>
        <w:rPr>
          <w:b/>
        </w:rPr>
        <w:t>[21]</w:t>
      </w:r>
      <w:r>
        <w:t xml:space="preserve"> Sky News: «</w:t>
      </w:r>
      <w:hyperlink r:id="rId38">
        <w:r>
          <w:rPr>
            <w:color w:val="0000FF"/>
            <w:u w:val="single"/>
          </w:rPr>
          <w:t>Tory MP Lee Anderson's 'f*** off back to France' comment shows government trying to distract from failings, says Labour's Yvette Cooper</w:t>
        </w:r>
      </w:hyperlink>
      <w:r>
        <w:t xml:space="preserve">»  </w:t>
      </w:r>
    </w:p>
    <w:p>
      <w:r>
        <w:rPr>
          <w:b/>
        </w:rPr>
        <w:t>[22]</w:t>
      </w:r>
      <w:r>
        <w:t xml:space="preserve"> Sky News: «</w:t>
      </w:r>
      <w:hyperlink r:id="rId39">
        <w:r>
          <w:rPr>
            <w:color w:val="0000FF"/>
            <w:u w:val="single"/>
          </w:rPr>
          <w:t>Lee Anderson: Downing Street backs Tory deputy chairman after he told migrants who don't like barges to 'go back to France'</w:t>
        </w:r>
      </w:hyperlink>
      <w:r>
        <w:t xml:space="preserve">»  </w:t>
      </w:r>
    </w:p>
    <w:p>
      <w:r>
        <w:rPr>
          <w:b/>
        </w:rPr>
        <w:t xml:space="preserve">[23] </w:t>
      </w:r>
      <w:r>
        <w:t>BBC*: «</w:t>
      </w:r>
      <w:hyperlink r:id="rId40">
        <w:r>
          <w:rPr>
            <w:color w:val="0000FF"/>
            <w:u w:val="single"/>
          </w:rPr>
          <w:t>Migrant boat sinks in Channel killing six people</w:t>
        </w:r>
      </w:hyperlink>
      <w:r>
        <w:t xml:space="preserve">» </w:t>
      </w:r>
    </w:p>
    <w:p>
      <w:r>
        <w:rPr>
          <w:b/>
        </w:rPr>
        <w:t xml:space="preserve">[24] </w:t>
      </w:r>
      <w:r>
        <w:t>Sky News: «</w:t>
      </w:r>
      <w:hyperlink r:id="rId41">
        <w:r>
          <w:rPr>
            <w:color w:val="0000FF"/>
            <w:u w:val="single"/>
          </w:rPr>
          <w:t>Bibby Stockholm: Asylum seekers told they will return to barge next week</w:t>
        </w:r>
      </w:hyperlink>
      <w:r>
        <w:t xml:space="preserve">»  </w:t>
      </w:r>
    </w:p>
    <w:p>
      <w:r>
        <w:rPr>
          <w:b/>
        </w:rPr>
        <w:t>[25]</w:t>
      </w:r>
      <w:r>
        <w:t xml:space="preserve"> The Guardian: «</w:t>
      </w:r>
      <w:hyperlink r:id="rId42">
        <w:r>
          <w:rPr>
            <w:color w:val="0000FF"/>
            <w:u w:val="single"/>
          </w:rPr>
          <w:t>Thousands of refugees could be made homeless in UK’s asylum backlog clearance</w:t>
        </w:r>
      </w:hyperlink>
      <w:r>
        <w:t xml:space="preserve">»  </w:t>
      </w:r>
    </w:p>
    <w:p>
      <w:r>
        <w:rPr>
          <w:b/>
        </w:rPr>
        <w:t>[26]</w:t>
      </w:r>
      <w:r>
        <w:t xml:space="preserve"> The Guardian: «</w:t>
      </w:r>
      <w:hyperlink r:id="rId43">
        <w:r>
          <w:rPr>
            <w:color w:val="0000FF"/>
            <w:u w:val="single"/>
          </w:rPr>
          <w:t>England worst place in developed world to find housing, says report</w:t>
        </w:r>
      </w:hyperlink>
      <w:r>
        <w:t xml:space="preserve">»  </w:t>
      </w:r>
    </w:p>
    <w:p>
      <w:r>
        <w:rPr>
          <w:b/>
        </w:rPr>
        <w:t xml:space="preserve">[27] </w:t>
      </w:r>
      <w:r>
        <w:t>The Sun: «</w:t>
      </w:r>
      <w:hyperlink r:id="rId44">
        <w:r>
          <w:rPr>
            <w:color w:val="0000FF"/>
            <w:u w:val="single"/>
          </w:rPr>
          <w:t>'Skunk' Slaves. Enslaved Albanian migrants manpower behind Britain’s thriving skunk cannabis industry, cops reveal</w:t>
        </w:r>
      </w:hyperlink>
      <w:r>
        <w:t xml:space="preserve">»  </w:t>
      </w:r>
    </w:p>
    <w:p>
      <w:r>
        <w:rPr>
          <w:b/>
        </w:rPr>
        <w:t>[28]</w:t>
      </w:r>
      <w:r>
        <w:t xml:space="preserve"> The Guardian: «</w:t>
      </w:r>
      <w:hyperlink r:id="rId45">
        <w:r>
          <w:rPr>
            <w:color w:val="0000FF"/>
            <w:u w:val="single"/>
          </w:rPr>
          <w:t>Former refugee among winners of Fields medal – the 'Nobel prize for maths'</w:t>
        </w:r>
      </w:hyperlink>
      <w:r>
        <w:t xml:space="preserve">» </w:t>
      </w:r>
    </w:p>
    <w:p>
      <w:r>
        <w:rPr>
          <w:i/>
        </w:rPr>
        <w:t>The Daily Mail**, BBC* — доступ к ресурсам заблокирован по требованию РКН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mighranty-v-vielikobritanii-oprovierzhieniie-mifa-o-sytoi-zhizni-ievropieiskikh-biezhientsiev" TargetMode="External"/><Relationship Id="rId11" Type="http://schemas.openxmlformats.org/officeDocument/2006/relationships/hyperlink" Target="https://us.admin.politsturm.com/racism-in-the-uk-british-rwandan-asylum-deal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image" Target="media/image5.png"/><Relationship Id="rId16" Type="http://schemas.openxmlformats.org/officeDocument/2006/relationships/hyperlink" Target="https://www.bbc.co.uk/news/live/uk-politics-66922119" TargetMode="External"/><Relationship Id="rId17" Type="http://schemas.openxmlformats.org/officeDocument/2006/relationships/image" Target="media/image6.png"/><Relationship Id="rId18" Type="http://schemas.openxmlformats.org/officeDocument/2006/relationships/hyperlink" Target="https://us.politsturm.com/modern-slavery-rises-to-50-million" TargetMode="External"/><Relationship Id="rId19" Type="http://schemas.openxmlformats.org/officeDocument/2006/relationships/hyperlink" Target="https://www.dailymail.co.uk/news/article-12378945/Channel-migrants-sent-Ascension-Island-4-000-miles-UK-South-Atlantic-Rwanda-scheme-thwarted-radical-Plan-B-ministers.html" TargetMode="External"/><Relationship Id="rId20" Type="http://schemas.openxmlformats.org/officeDocument/2006/relationships/hyperlink" Target="https://www.bbc.co.uk/news/uk-53699511" TargetMode="External"/><Relationship Id="rId21" Type="http://schemas.openxmlformats.org/officeDocument/2006/relationships/hyperlink" Target="https://www.bbc.co.uk/news/explainers-63473022" TargetMode="External"/><Relationship Id="rId22" Type="http://schemas.openxmlformats.org/officeDocument/2006/relationships/hyperlink" Target="https://albaniandailynews.com/news/30-of-albanians-to-live-in-poverty-until-2023-world-bank-report-1" TargetMode="External"/><Relationship Id="rId23" Type="http://schemas.openxmlformats.org/officeDocument/2006/relationships/hyperlink" Target="https://homeofficemedia.blog.gov.uk/2023/04/03/accommodation-sites-factsheet-april-2023/" TargetMode="External"/><Relationship Id="rId24" Type="http://schemas.openxmlformats.org/officeDocument/2006/relationships/hyperlink" Target="https://www.theguardian.com/uk-news/2023/feb/17/asylum-seekers-living-in-fear-far-right-uk-anti-migrant-protests-planned" TargetMode="External"/><Relationship Id="rId25" Type="http://schemas.openxmlformats.org/officeDocument/2006/relationships/hyperlink" Target="https://inews.co.uk/news/knowsley-refugee-protest-dehumanising-language-ministers-2143985" TargetMode="External"/><Relationship Id="rId26" Type="http://schemas.openxmlformats.org/officeDocument/2006/relationships/hyperlink" Target="https://www.lbc.co.uk/news/britain-facing-invasion-south-coast-asylum-broken-suella-braverman/" TargetMode="External"/><Relationship Id="rId27" Type="http://schemas.openxmlformats.org/officeDocument/2006/relationships/hyperlink" Target="https://yougov.co.uk/topics/politics/survey-results/daily/2023/03/27/5d316/1" TargetMode="External"/><Relationship Id="rId28" Type="http://schemas.openxmlformats.org/officeDocument/2006/relationships/hyperlink" Target="https://www.refugeecouncil.org.uk/wp-content/uploads/2022/07/Lives-on-hold-research-report.-July-2022.pdf" TargetMode="External"/><Relationship Id="rId29" Type="http://schemas.openxmlformats.org/officeDocument/2006/relationships/hyperlink" Target="https://www.independent.co.uk/news/uk/home-news/asylum-seeker-real-life-stories-b2089046.html" TargetMode="External"/><Relationship Id="rId30" Type="http://schemas.openxmlformats.org/officeDocument/2006/relationships/hyperlink" Target="https://www.itv.com/news/granada/2021-11-03/asylum-seeker-shares-disastrous-food-and-hotel-conditions" TargetMode="External"/><Relationship Id="rId31" Type="http://schemas.openxmlformats.org/officeDocument/2006/relationships/hyperlink" Target="https://www.gov.uk/asylum-support/what-youll-get" TargetMode="External"/><Relationship Id="rId32" Type="http://schemas.openxmlformats.org/officeDocument/2006/relationships/hyperlink" Target="https://www.budgetyourtrip.com/hotels/united-kingdom-GB" TargetMode="External"/><Relationship Id="rId33" Type="http://schemas.openxmlformats.org/officeDocument/2006/relationships/hyperlink" Target="https://bylinetimes.com/2021/12/09/meet-the-companies-for-which-asylum-policy-is-big-business/" TargetMode="External"/><Relationship Id="rId34" Type="http://schemas.openxmlformats.org/officeDocument/2006/relationships/hyperlink" Target="https://bylinetimes.com/2021/10/20/conservative-mp-takes-job-for-scandal-hit-asylum-hotel-firm/" TargetMode="External"/><Relationship Id="rId35" Type="http://schemas.openxmlformats.org/officeDocument/2006/relationships/hyperlink" Target="https://www.bbc.co.uk/news/uk-england-dorset-66099583" TargetMode="External"/><Relationship Id="rId36" Type="http://schemas.openxmlformats.org/officeDocument/2006/relationships/hyperlink" Target="https://news.sky.com/story/migrants-on-board-bibby-stockholm-not-told-to-stop-showering-or-drinking-water-despite-bacteria-discovered-source-claims-12938493" TargetMode="External"/><Relationship Id="rId37" Type="http://schemas.openxmlformats.org/officeDocument/2006/relationships/hyperlink" Target="https://www.independent.co.uk/news/uk/home-office-portland-dorset-nhs-parliament-b2391642.html" TargetMode="External"/><Relationship Id="rId38" Type="http://schemas.openxmlformats.org/officeDocument/2006/relationships/hyperlink" Target="https://news.sky.com/story/tory-mp-lee-andersons-f-off-back-to-france-comment-shows-govt-trying-to-distract-from-failings-says-labours-yvette-cooper-12936590" TargetMode="External"/><Relationship Id="rId39" Type="http://schemas.openxmlformats.org/officeDocument/2006/relationships/hyperlink" Target="https://news.sky.com/story/lee-anderson-downing-street-backs-tory-deputy-chairman-after-he-told-migrants-who-dont-like-barges-to-go-back-to-france-12935966" TargetMode="External"/><Relationship Id="rId40" Type="http://schemas.openxmlformats.org/officeDocument/2006/relationships/hyperlink" Target="https://www.bbc.co.uk/news/uk-66484699" TargetMode="External"/><Relationship Id="rId41" Type="http://schemas.openxmlformats.org/officeDocument/2006/relationships/hyperlink" Target="https://news.sky.com/story/bibby-stockholm-asylum-seekers-told-they-will-return-to-barge-next-week-12981248" TargetMode="External"/><Relationship Id="rId42" Type="http://schemas.openxmlformats.org/officeDocument/2006/relationships/hyperlink" Target="https://www.theguardian.com/world/2023/oct/05/more-than-50000-refugees-could-be-made-homeless-in-asylum-backlog-clearance" TargetMode="External"/><Relationship Id="rId43" Type="http://schemas.openxmlformats.org/officeDocument/2006/relationships/hyperlink" Target="https://www.theguardian.com/society/2023/oct/05/england-worst-place-in-developed-world-to-find-housing-says-report" TargetMode="External"/><Relationship Id="rId44" Type="http://schemas.openxmlformats.org/officeDocument/2006/relationships/hyperlink" Target="https://www.thesun.co.uk/news/23372313/enslaved-albanian-migrants-skunk-cannabis-industry/" TargetMode="External"/><Relationship Id="rId45" Type="http://schemas.openxmlformats.org/officeDocument/2006/relationships/hyperlink" Target="https://www.theguardian.com/science/2018/aug/01/former-refugee-among-winners-of-fields-medal-the-nobel-prize-for-math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