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важности классовой борьбы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2021-06-17</w:t>
      </w:r>
    </w:p>
    <w:p>
      <w:pPr/>
    </w:p>
    <w:p>
      <w:r/>
      <w:r>
        <w:br/>
      </w:r>
      <w:r/>
    </w:p>
    <w:p>
      <w:r>
        <w:t>«Не можем же мы, не превращаясь в буржуазных пацифистов или оппортунистов, забыть, что мы живем в классовом обществе и что из него нет и быть не может иного выхода кроме классовой борьбы и свержения власти господствующего класса.»</w:t>
      </w:r>
      <w:r>
        <w:br/>
      </w:r>
      <w:r>
        <w:br/>
      </w:r>
      <w:r>
        <w:rPr>
          <w:b/>
        </w:rPr>
        <w:t>В.И.Ленин, ПСС, т.30, с.153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vazhnosti-klassovoj-bor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