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соглашениях в эпоху империализма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2021-03-16</w:t>
      </w:r>
    </w:p>
    <w:p>
      <w:pPr/>
    </w:p>
    <w:p>
      <w:r/>
      <w:r>
        <w:br/>
      </w:r>
      <w:r>
        <w:br/>
      </w:r>
      <w:r/>
    </w:p>
    <w:p>
      <w:r>
        <w:t>«Не будем обманываться надеждой на соглашения и международные конгрессы. Международные сношения, пока длится империалистская война, сжаты железными тисками империалистски-буржуазной военной диктатуры.»</w:t>
      </w:r>
    </w:p>
    <w:p>
      <w:r>
        <w:rPr>
          <w:b/>
        </w:rPr>
        <w:t>В.И.Ленин, ПСС, т.31, с.177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soglasheniyax-v-epoxu-imperializm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