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Кризис 2020: почему капитализм не работает?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2020-04-22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rizis-2020-pochemu-kapitalizm-ne-rabota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