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Коронавирус и теория заговора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2020-04-10</w:t>
      </w:r>
    </w:p>
    <w:p>
      <w:pPr/>
      <w:r>
        <w:t>18 мин. на чтение</w:t>
      </w:r>
    </w:p>
    <w:p>
      <w:r/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/>
    </w:p>
    <w:p>
      <w:r>
        <w:t xml:space="preserve">Коронавирусная инфекция за последние две недели прочно заняла первые места в информационном пространстве. Как это обычно и бывает, на фоне всеобщей обеспокоенности активизировались всевозможные «неординарные специалисты», которые высказываются «в противовес» официальной позиции. </w:t>
      </w:r>
    </w:p>
    <w:p>
      <w:r>
        <w:t>Подобные мнения получают известную долю внимания со стороны масс, приученных годами – если не десятилетиями – к тому, что буржуазная власть постоянно лукавит, а то и откровенно врёт.</w:t>
      </w:r>
    </w:p>
    <w:p>
      <w:r>
        <w:t xml:space="preserve">Мы не будем касаться бесчисленных версий, распространяемых в Интернете столь же бесчисленными фриками и псевдоучёными, по поводу «искусственного» происхождения коронавирусной инфекции. </w:t>
      </w:r>
    </w:p>
    <w:p>
      <w:r>
        <w:t>Мы сосредоточимся на одном, весьма укоренившемся в т.н. «левом лагере» положении, согласно которому никакой особой опасности вирус COVID-19 не представляет, а целенаправленно раздуваемая вокруг него истерика используется мировой буржуазией для спасения от кризиса и учреждения открытой фашистской диктатуры.</w:t>
      </w:r>
    </w:p>
    <w:p>
      <w:r/>
    </w:p>
    <w:p>
      <w:r>
        <w:t xml:space="preserve">Знаменосцем подобных идей, например, выступает «марксистско-ленинский» ресурс «Рабочий Путь», на протяжении полумесяца доказывающий искусственность сложившегося в мире положения, а также невысокую опасность инфекции. По мнению РП, прикрываясь защитой от коронавируса,  мировая буржуазия («мировая закулиса») последовательно подавляет трудящихся, готовых вот-вот совершить социальный переворот. </w:t>
      </w:r>
    </w:p>
    <w:p>
      <w:r>
        <w:t>Эта фантастическая теория заговора в «марксистской» обёртке отнюдь не является каким-то новаторством: в таком же скептическом духе высказываются и некоторые другие представители «левого движения».</w:t>
      </w:r>
    </w:p>
    <w:p>
      <w:pPr>
        <w:pStyle w:val="Heading2"/>
      </w:pPr>
      <w:r>
        <w:t>Что же происходит на самом деле?</w:t>
      </w:r>
    </w:p>
    <w:p>
      <w:r>
        <w:t xml:space="preserve">Благодаря развитию монополистического капитализма с его глобализацией мирового хозяйства, опасное для жизни инфекционное заболевание вырвалось из географического района центрального Китая и с рекордной скоростью распространилось по всей планете, достигнув даже таких отдалённых уголков как Исландия, Коста-Рика или Буркина-Фасо. </w:t>
      </w:r>
    </w:p>
    <w:p>
      <w:r>
        <w:t>Молниеносная скорость распространения вируса вызывала не только глубокий кризис в системе здравоохранения абсолютно всех стран, оказавшихся неготовыми к столь высоким темпам заболеваемости, но и стала спусковым механизмом для начала нового витка тяжелейшего экономического кризиса.</w:t>
      </w:r>
    </w:p>
    <w:p>
      <w:r>
        <w:t xml:space="preserve">Новый кризис не стал какой-то неожиданностью. Сама сущность капиталистического хозяйства с его погоней за индивидуальной прибылью таит в себе опасность неизбежных и цикличных кризисов перепроизводства. </w:t>
      </w:r>
      <w:r>
        <w:br/>
      </w:r>
      <w:r>
        <w:br/>
      </w:r>
      <w:r>
        <w:br/>
      </w:r>
      <w:r>
        <w:br/>
      </w:r>
      <w:r>
        <w:t>По большей части те кризисные явления, которые проявились в последние месяцы, вызревали давно и должны были рано или поздно прорваться наружу, дав начало, – по принципу домино, – целому ряду экономических проблем.</w:t>
      </w:r>
    </w:p>
    <w:p>
      <w:r>
        <w:t>Однако мы не считаем, что к началу 2020 года мировая капиталистическая система стояла на краю гибели, раз «мировой буржуазии» понадобилось, – по мнению звёзд «марксистского» анализа, – столь странное мероприятие для спасения своего господства в виде «сфабрикованной» инфекции.</w:t>
      </w:r>
    </w:p>
    <w:p>
      <w:r>
        <w:t xml:space="preserve">Опираясь на факты, а не оторванные умозаключения «конспирологов» (пусть даже они и именуют себя марксистами), мы видим, что именно эпидемия парализовала промышленность сначала в Китае, а затем и по всему миру. </w:t>
      </w:r>
    </w:p>
    <w:p>
      <w:r>
        <w:t xml:space="preserve">Именно это падение производства и потребления спровоцировало обвал на мировых рынках, из-за которых буржуазия всех стран несёт колоссальные убытки. Именно мероприятия буржуазных государств по борьбе с распространением вируса углубляют кризисное падение, вовлекая в водоворот экономической рецессии всё больше и больше стран. </w:t>
      </w:r>
    </w:p>
    <w:p>
      <w:r>
        <w:t xml:space="preserve">Факты говорят о том, что пандемия нанесла серьёзнейший ущерб мировой капиталистической экономике, открыв, возможно, длительную эпоху капиталистической дестабилизации. </w:t>
      </w:r>
    </w:p>
    <w:p>
      <w:r>
        <w:t>Возникает закономерный вопрос – так ли выгодна для «мировой буржуазии» коронавирусная пандемия и связанная с нею «массовая истерия», как об этом рассуждают деятели с «Рабочего пути» и подобные им демагоги, выискивающие всевозможные маловероятные и наиболее экстравагантные версии объяснения происходящего вокруг?</w:t>
      </w:r>
    </w:p>
    <w:p>
      <w:r>
        <w:t>Мы полагаем, ответ очевиден.</w:t>
      </w:r>
    </w:p>
    <w:p>
      <w:pPr>
        <w:pStyle w:val="Heading2"/>
      </w:pPr>
      <w:r>
        <w:t xml:space="preserve">Борьба с пандемией </w:t>
      </w:r>
    </w:p>
    <w:p>
      <w:r>
        <w:t>Ударившиеся в фантазии «марксистко-ленинские теоретики» представляют дело так, будто бы класс буржуазии вовсе не заинтересован в борьбе с эпидемиями, а если и заинтересован – то сугубо в целях насаждения «фашизма» и ещё большего закабаления трудящихся.</w:t>
      </w:r>
    </w:p>
    <w:p>
      <w:r>
        <w:t xml:space="preserve">Но это не так. Ещё в домонополистическую эпоху, когда чудовищные эпидемии выкашивали целые кварталы рабочих трущоб в капиталистических центрах, буржуазия озаботилась санитарным состоянием рабочего жилья, развитием доступной медицины и просвещением рабочего класса. </w:t>
      </w:r>
    </w:p>
    <w:p>
      <w:r>
        <w:t>Почему? Во-первых, зарождавшиеся в городских трущобах инфекции очень быстро перекидывались в престижные буржуазные районы и затрагивали самих капиталистов.</w:t>
      </w:r>
      <w:r>
        <w:br/>
      </w:r>
      <w:r>
        <w:br/>
      </w:r>
      <w:r>
        <w:br/>
      </w:r>
      <w:r>
        <w:br/>
      </w:r>
      <w:r>
        <w:t xml:space="preserve">Во-вторых, массовая гибель трудящихся от эпидемий приводила к увеличению цены рабочей силы. А следовательно – и к падению нормы прибавочной стоимости, которая составляет основу богатства любого капиталиста. 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686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6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Таким образом, общий классовый интерес заставлял буржуазию искать средства для противодействия распространению инфекций и оздоровлению рабочих кварталов. </w:t>
      </w:r>
    </w:p>
    <w:p>
      <w:r>
        <w:t>Об этом писал Фридрих Энгельс:</w:t>
      </w:r>
    </w:p>
    <w:p>
      <w:r>
        <w:t>«</w:t>
      </w:r>
      <w:r>
        <w:rPr>
          <w:i/>
        </w:rPr>
        <w:t>Я уже говорил выше о небывалой активности, проявленной санитарной полицией во время холеры в Манчестере. Когда эта эпидемия стала надвигаться, ужас охватил всю буржуазию города. Сразу вспомнили о нездоровых жилищах бедноты и задрожали при мысли, что каждая из этих трущоб станет очагом заразы, откуда болезнь может распространить своё опустошающее действие по всем направлениям, проникая в жилища имущего класса</w:t>
      </w:r>
      <w:r>
        <w:t>» (Энгельс, Положение рабочего класса в Англии)</w:t>
      </w:r>
    </w:p>
    <w:p>
      <w:r>
        <w:t>«</w:t>
      </w:r>
      <w:r>
        <w:rPr>
          <w:i/>
        </w:rPr>
        <w:t>Холера, тиф и тифозная горячка, оспа и другие опустошительные болезни распространяют свою заразу в загрязненном воздухе и отравленной воде этих рабочих кварталов; там они почти никогда не выводятся, а при подходящих условиях развиваются в повальные эпидемии и выходят тогда за пределы своих очагов в лучше проветриваемые и более здоровые части города, заселенные господами-капиталистами. Господствующий класс капиталистов не может безнаказанно доставлять себе удовольствие обрекать на эпидемические заболевания рабочий класс; последствия оборачиваются против самих капиталистов, и ангел смерти свирепствует среди них так же беспощадно, как и среди рабочих.</w:t>
      </w:r>
    </w:p>
    <w:p>
      <w:r>
        <w:rPr>
          <w:i/>
        </w:rPr>
        <w:t xml:space="preserve"> Как только это было научно установлено, человеколюбивые буржуа воспылали благородным соревнованием в заботах о здоровье своих рабочих. Стали учреждать общества, писать книги, составлять проекты, обсуждать и издавать законы, чтобы искоренить источники все возобновляющихся эпидемий. Жилищные условия рабочих стали подвергаться обследованиям, и делались попытки устранить самые вопиющие недостатки. Особенно энергичная деятельность была развита в Англии, где имелось больше всего крупных городов и где, следовательно, крупным буржуа сильнее всего грозила опасность; назначены были правительственные комиссии для обследования санитарных условий жизни рабочего класса; их отчеты, которые выгодно отличаются от всех издаваемых на континенте источников точностью, полнотой и беспристрастием, послужили основанием для новых, более или менее радикальных законов</w:t>
      </w:r>
      <w:r>
        <w:t>» (Энгельс, К жилищному вопросу)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686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6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Таким образом, глубокомысленные намёки отдельных «светил марксизма» на то, что «мировая буржуазия» не имеет причин для развязывания борьбы против эпидемии, принявшей планетарный масштаб, не состоятельны.</w:t>
      </w:r>
    </w:p>
    <w:p>
      <w:r>
        <w:t xml:space="preserve">Буржуазия видит смысл в борьбе с эпидемией, поскольку: </w:t>
      </w:r>
    </w:p>
    <w:p>
      <w:r>
        <w:t xml:space="preserve">а) она является частью находящегося в опасности человеческого общества и не отделена от него непробиваемой стеной; </w:t>
      </w:r>
    </w:p>
    <w:p>
      <w:r>
        <w:t>б) она существует исключительно за счёт присвоения труда тех, кто, в силу своего материального и экономического положения, наиболее подвержен заболеванию.</w:t>
      </w:r>
    </w:p>
    <w:p>
      <w:r>
        <w:t xml:space="preserve">Сегодня мы видим, как буржуазия, в лице буржуазного государства, начинает принимать самые жёсткие меры в борьбе с распространением инфекции. Причём нынешнее положение вещей весьма контрастирует с позицией буржуазных властей месячной и двухмесячной давности. </w:t>
      </w:r>
    </w:p>
    <w:p>
      <w:r>
        <w:t xml:space="preserve">Те же самые буржуазные политики, которые, по мнению «Рабочего пути», уже давно </w:t>
      </w:r>
      <w:r>
        <w:rPr>
          <w:i/>
        </w:rPr>
        <w:t>«вошли в заговор с целью нагнетания общественной истерии вокруг COVID-19 для увековечивания собственной фашистской диктатуры»</w:t>
      </w:r>
      <w:r>
        <w:t xml:space="preserve">, ещё месяц-два назад, – по странной логике, – </w:t>
      </w:r>
      <w:r>
        <w:rPr>
          <w:b/>
        </w:rPr>
        <w:t>всячески стремились предотвратить распространение истерии</w:t>
      </w:r>
      <w:r>
        <w:t xml:space="preserve">, </w:t>
      </w:r>
      <w:hyperlink r:id="rId13">
        <w:r>
          <w:rPr>
            <w:color w:val="0000FF"/>
            <w:u w:val="single"/>
          </w:rPr>
          <w:t>заявляя</w:t>
        </w:r>
      </w:hyperlink>
      <w:r>
        <w:t xml:space="preserve"> о полном контроле над ситуацией и даже отпуская шуточки насчёт чудесного «угасания» вспышки в апреле, «когда станет жарко»</w:t>
      </w:r>
      <w:r>
        <w:t xml:space="preserve">. </w:t>
      </w:r>
    </w:p>
    <w:p>
      <w:r>
        <w:t>Несомненно, в подобных словах не привыкшие к поиску лёгких путей «марксисты-ленинцы» могут увидеть поистине дьявольское притворство буржуазного класса, тщательно скрывавшего свои замыслы за серией дилетантских заявлений и вредительских действий (вроде проведения ярмарок, торжественных шествий в честь 8 марта и тому подобных сборищ), приведших, – как мы понимаем, – к увеличению количества заболевших.</w:t>
      </w:r>
    </w:p>
    <w:p>
      <w:r>
        <w:t xml:space="preserve">Добившись увеличения численности заболевших, буржуазные иезуиты, в духе приснопамятных сионских мудрецов, перешли ко второй части своего зловещего замысла – к насаждению под видом карантинных мер открытой буржуазной диктатуры с концлагерями, тотальным контролем и дальнейшим ограблением трудящихся. </w:t>
      </w:r>
      <w:r>
        <w:rPr>
          <w:b/>
        </w:rPr>
        <w:t>Именно такой блистательный анализ предлагает своим читателям ресурс «Рабочий путь».</w:t>
      </w:r>
    </w:p>
    <w:p>
      <w:r>
        <w:t xml:space="preserve">Заметим, что противоэпидемиологические мероприятия, которые проводятся по всему миру, – та самая пугающая «фашизация» через введение карантина, – вообще мало связаны с преобладающими формами собственности. </w:t>
      </w:r>
      <w:r>
        <w:br/>
      </w:r>
      <w:r>
        <w:br/>
      </w:r>
      <w:r>
        <w:br/>
      </w:r>
      <w:r>
        <w:br/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854196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541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Основной характер таких мероприятий напрямую вытекает из особенностей эпидемии, т.е. специфических характеристик передачи, распространения и размножения вируса.</w:t>
      </w:r>
    </w:p>
    <w:p>
      <w:r>
        <w:t xml:space="preserve">Как мы знаем, основными путями передачи COVID-19 являются воздушно-капельный и контактный пути. Следовательно, основным требованием противоэпидемиологических мероприятий, помимо выявления носителей, является блокировка путей передачи вируса, что достигается изоляцией как можно большего количества граждан. </w:t>
      </w:r>
    </w:p>
    <w:p>
      <w:r>
        <w:t>Всё это обосновано высокой заразностью и длительным инкубационным периодом, во время которого носитель, не имеющий признаков заболевания, способен заразить множество других людей.</w:t>
      </w:r>
    </w:p>
    <w:p>
      <w:r>
        <w:t xml:space="preserve">В связи с этим, неудивительны те ограничения на передвижение, которые буржуазные государства накладывают на своих граждан, </w:t>
      </w:r>
      <w:r>
        <w:rPr>
          <w:b/>
        </w:rPr>
        <w:t>опираясь на законодательную базу</w:t>
      </w:r>
      <w:r>
        <w:t>.  Подобные меры являются нормой в ситуации стремительного распространения заболевания, независимо от того, какие формы собственности преобладают.</w:t>
      </w:r>
    </w:p>
    <w:p>
      <w:r>
        <w:t>И делается это не потому, что буржуазию пугает некий «революционный кризис», как на это намекают фантазирующие «марксистские» теоретики, а потому, что это единственный способ сократить возможности передачи болезни, предотвратив тем самым коллапс капиталистической системы здравоохранения и массовую гибель людей. Это очевидно для всех, за исключением любителей «разоблачений», прикрывающихся красным флагом.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531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53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Реальная проблема здесь может заключаться в сохранении строгого режима перемещений и изоляции после спада эпидемии. Однако, однозначно нельзя предсказать, что буржуазия продлит режим усиленного контроля после окончания пандемии. </w:t>
      </w:r>
      <w:r>
        <w:br/>
      </w:r>
      <w:r>
        <w:br/>
      </w:r>
      <w:r>
        <w:br/>
      </w:r>
      <w:r>
        <w:br/>
      </w:r>
      <w:r>
        <w:t>Сохранение строгих мер скорее нанесёт гораздо б</w:t>
      </w:r>
      <w:r>
        <w:rPr>
          <w:b/>
        </w:rPr>
        <w:t>о</w:t>
      </w:r>
      <w:r>
        <w:t>льший ущерб буржуазному господству, вызвав неизбежное стихийное сопротивление и затруднит восстановление буржуазного порядка.</w:t>
      </w:r>
    </w:p>
    <w:p>
      <w:r>
        <w:t xml:space="preserve">Точно так же мы не можем оправдать тех злоупотреблений со стороны репрессивного аппарата буржуазного государства, которые могут быть совершены в рамках карантина. </w:t>
      </w:r>
      <w:r>
        <w:br/>
      </w:r>
      <w:r>
        <w:br/>
      </w:r>
      <w:r>
        <w:br/>
      </w:r>
      <w:r>
        <w:br/>
      </w:r>
      <w:r>
        <w:t xml:space="preserve">Тем не менее, в данном конкретном случае речь не идёт о фашизации и попытке установления прямой и открытой диктатуры класса капиталистов; речь идёт о временном механизме, применяемым </w:t>
      </w:r>
      <w:r>
        <w:rPr>
          <w:b/>
        </w:rPr>
        <w:t>всеми</w:t>
      </w:r>
      <w:r>
        <w:t xml:space="preserve"> буржуазными государствами для решения вполне конкретной проблемы.</w:t>
      </w:r>
    </w:p>
    <w:p>
      <w:r>
        <w:br/>
      </w:r>
      <w:r>
        <w:br/>
      </w:r>
      <w:r>
        <w:br/>
      </w:r>
      <w:r>
        <w:br/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686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6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Смехотворно звучат заявления отдельных «марксистов», бросившихся вдруг на защиту абстрактных «свобод», которые ущемляются карантинными мерами. </w:t>
      </w:r>
    </w:p>
    <w:p>
      <w:r>
        <w:t>Выставляя себя на всеобщее посмешище, эти «марксисты», не имея никаких внятных аргументов и доказанных фактов, не будучи специалистами в области медицины, разводят демагогию о «простом гриппе» и «новом виде ОРВИ», говорят о «неправильной» статистике и тому подобных вещах, завершая свои высказывания откровенной глупостью в духе «заговоров мировой закулисы».</w:t>
      </w:r>
      <w:r>
        <w:br/>
      </w:r>
      <w:r>
        <w:br/>
      </w:r>
    </w:p>
    <w:p/>
    <w:p>
      <w:r>
        <w:rPr>
          <w:b/>
          <w:color w:val="FF0000"/>
        </w:rPr>
        <w:t>Неподдерживаемый элемент: IFRAME</w:t>
      </w:r>
    </w:p>
    <w:p>
      <w:r>
        <w:rPr>
          <w:i/>
        </w:rPr>
        <w:t xml:space="preserve">Известный в узких кругах </w:t>
      </w:r>
      <w:hyperlink r:id="rId17">
        <w:r>
          <w:rPr>
            <w:color w:val="0000FF"/>
            <w:u w:val="single"/>
          </w:rPr>
          <w:t>оппортунист</w:t>
        </w:r>
      </w:hyperlink>
      <w:r>
        <w:rPr>
          <w:i/>
        </w:rPr>
        <w:t xml:space="preserve"> М.В.Попов всерьез рассуждает о неких “материалах”, по которым капиталисты и Билл Гейтс якобы планируют “сократить население Земли” до миллиона.</w:t>
      </w:r>
    </w:p>
    <w:p>
      <w:r>
        <w:t xml:space="preserve">Забавно, что подобная «марксистско-ленинская» конспирология, направленная на отрицание объективной реальности (пандемии) и принципиальный отказ от введения каких-либо чрезвычайных мер со стороны буржуазного государства, очень напоминает позицию наиболее консервативных кругов господствующего класса, до последнего не признающих реальность. </w:t>
      </w:r>
    </w:p>
    <w:p>
      <w:r>
        <w:t>И если в случае с Ираном жизнь буквально вынудила религиозных мракобесов, а также находящиеся под их влиянием массы признать опасность распространения коронавируса и принять необходимые меры, то в случае с Мексикой, Бразилией, Никарагуа, Туркменистаном или Беларусью, где у власти окопались самые ярые реакционеры, фаза «признания» очевидно ещё впереди.</w:t>
      </w:r>
    </w:p>
    <w:p>
      <w:r>
        <w:t xml:space="preserve">К той же категории «неверующих» в опасность коронавирусной инфекции относятся религиозные деятели различных конфессий, фашиствующие борцы за величие России , традиционно «радующие» публику своим нестандартным подходом к любой проблеме, и просто городские сумасшедшие. </w:t>
      </w:r>
    </w:p>
    <w:p>
      <w:r>
        <w:t xml:space="preserve">Примечательно, что именно к этим «авторитетным специалистам» ресурс «Рабочий путь» обращается в попытках обоснования своей </w:t>
      </w:r>
      <w:hyperlink r:id="rId18">
        <w:r>
          <w:rPr>
            <w:color w:val="0000FF"/>
            <w:u w:val="single"/>
          </w:rPr>
          <w:t>конспирологической</w:t>
        </w:r>
      </w:hyperlink>
      <w:r>
        <w:t xml:space="preserve"> теории (</w:t>
      </w:r>
      <w:r>
        <w:t xml:space="preserve">и </w:t>
      </w:r>
      <w:r>
        <w:t xml:space="preserve">в </w:t>
      </w:r>
      <w:hyperlink r:id="rId19">
        <w:r>
          <w:rPr>
            <w:color w:val="0000FF"/>
            <w:u w:val="single"/>
          </w:rPr>
          <w:t>последнем</w:t>
        </w:r>
      </w:hyperlink>
      <w:r>
        <w:t xml:space="preserve"> случае речь вовсе идёт о мошеннице и, вероятно, психически нездоровом человеке, уже давно </w:t>
      </w:r>
      <w:hyperlink r:id="rId20">
        <w:r>
          <w:rPr>
            <w:color w:val="0000FF"/>
            <w:u w:val="single"/>
          </w:rPr>
          <w:t>прославившимся</w:t>
        </w:r>
      </w:hyperlink>
      <w:r>
        <w:t xml:space="preserve"> своими </w:t>
      </w:r>
      <w:hyperlink r:id="rId21">
        <w:r>
          <w:rPr>
            <w:color w:val="0000FF"/>
            <w:u w:val="single"/>
          </w:rPr>
          <w:t>«подвигами»</w:t>
        </w:r>
      </w:hyperlink>
      <w:r>
        <w:t xml:space="preserve"> в Италии</w:t>
      </w:r>
      <w:r>
        <w:t xml:space="preserve"> </w:t>
      </w:r>
      <w:r>
        <w:t>)</w:t>
      </w:r>
    </w:p>
    <w:p>
      <w:r>
        <w:t>Задача марксистов заключается не в том, чтобы разводить дешёвую демагогию, защищая священное право каждого индивидуума вести тот образ жизни, какой он пожелает в любой ситуации и при любых условиях, а в том, чтобы раскрывать рабочим массам подлинную картину происходящего в мире.</w:t>
      </w:r>
    </w:p>
    <w:p>
      <w:pPr>
        <w:pStyle w:val="Heading2"/>
      </w:pPr>
      <w:r>
        <w:t>Кризис</w:t>
      </w:r>
    </w:p>
    <w:p>
      <w:r>
        <w:t>Утверждения о том, что пандемия коронавируса стала каким-то «спасением» для капиталистической экономики – несостоятельны в корне.</w:t>
      </w:r>
    </w:p>
    <w:p>
      <w:r>
        <w:t xml:space="preserve">Факты говорят о том, что пандемия стала катализатором неспешно вызревавшего и столь же неизбежного экономического кризиса, усилив в сотни раз все порожденные им негативные тенденции. </w:t>
      </w:r>
    </w:p>
    <w:p>
      <w:r>
        <w:t>Именно «фашизация» (карантинные меры) спровоцировала экономическую катастрофу, а не наоборот, как об этом рассуждают борцы с наступлением фашизма. Поменяв местами причину и следствие, а также вводя в анализ ничем не обоснованные умозаключения о наличие некоего глобального заговора, «марксисты»-конспирологи превращаются в банальных мошенников, которые запутывают рабочих.</w:t>
      </w:r>
    </w:p>
    <w:p>
      <w:r>
        <w:t>Всё, что происходит с капиталистической экономикой сегодня – не результат заговора «мировой буржуазии», не хитрая многоходовочка неких буржуазных элит, а результат действия объективных законов капиталистического развития, которые наносят немалый ущерб всей капиталистической системе в целом, вызывая беспокойство даже среди самых влиятельных капиталистов.</w:t>
      </w:r>
    </w:p>
    <w:p>
      <w:r>
        <w:t xml:space="preserve">Впавшие в панику конспирологи от «марксизма-ленинизма», оседлавшие тему «фашизации», даже не собираются рассматривать вопрос о кризисе с точки зрения марксизма. Им достаточно упереться лбом в избранную тему и бесконечно повторять заклинания о том, что мировая буржуазия спит и видит как бы тем или иным образом установить фашизм перед лицом неизбежного падения капитализма. </w:t>
      </w:r>
    </w:p>
    <w:p>
      <w:r>
        <w:t>Которое произойдёт «буквально на днях», если вдруг, – каким-нибудь «волшебным образом», – буржуазное государство откажется от противоэпидемиологических мер («фашизации»). Реальность же несколько отличается от мещанских рассуждений впавших в истерику «марксистско-ленинских» конспирологов.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40679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4067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Начнём с того, что ни нынешний, ни будущий неизбежный кризис, каким бы он не был страшным, какие бы несчастья он не принёс рабочему классу, </w:t>
      </w:r>
      <w:r>
        <w:rPr>
          <w:b/>
        </w:rPr>
        <w:t>не несёт фатальной опасности для капиталистической системы</w:t>
      </w:r>
      <w:r>
        <w:t xml:space="preserve">, поскольку рабочий класс, – единственный класс, способный опрокинуть буржуазный строй, – находится в состоянии полнейшей дезорганизации и идеологической дезориентации. </w:t>
      </w:r>
    </w:p>
    <w:p>
      <w:r>
        <w:t>В этих условиях, не имея собственной организации, не овладев классовой теорией, рабочий класс не может ни атаковать, ни даже защитить самого себя. В этих условиях, буржуазия с относительной лёгкостью и без всякого установления прямой террористической диктатуры способна перевалить на плечи дезорганизованного пролетариата все тяготы капиталистического кризиса, не опасаясь за собственное классовое господство.</w:t>
      </w:r>
    </w:p>
    <w:p>
      <w:r>
        <w:t xml:space="preserve">Не имея в большинстве стран мира субъективного революционного фактора в лице партии рабочего класса, стоящей на позициях марксизма-ленинизма, – нельзя говорить о какой-либо революционной опасности для капитализма. </w:t>
      </w:r>
      <w:r>
        <w:br/>
      </w:r>
      <w:r>
        <w:br/>
      </w:r>
      <w:r>
        <w:br/>
      </w:r>
      <w:r>
        <w:br/>
      </w:r>
      <w:r>
        <w:t>Только революционная партия рабочего класса способна взять на себя руководство над всеми трудящимися и повести массы по пути строительства социализма.</w:t>
      </w:r>
    </w:p>
    <w:p>
      <w:r>
        <w:t>Утверждать иное – значит впадать в «люксембургианство» с его идеей «автоматического крушения» капиталистической системы или же вовсе отказываться от марксизма-ленинизма, воображая, что массы стихийно восстанут против правительства, свергнут буржуазный строй и приступят к строительству социализма без партии-авангарда.</w:t>
      </w:r>
    </w:p>
    <w:p>
      <w:r>
        <w:t>Буржуазия куда больше обеспокоена сегодня не потенциальной возможностью потерять господство, а возможной дестабилизацией капиталистического хозяйства. Именно на этом направлении буржуазия действительно прикладывает значительные усилия.</w:t>
      </w:r>
    </w:p>
    <w:p>
      <w:r>
        <w:t xml:space="preserve">Так, благодаря пандемии и мерам борьбы с распространением вируса, во многих секторах экономики произошло существенное падение спроса, ответом на что стало вполне типичное для рыночного регулирования сокращение рабочих мест. </w:t>
      </w:r>
      <w:r>
        <w:br/>
      </w:r>
      <w:r>
        <w:br/>
      </w:r>
      <w:r>
        <w:br/>
      </w:r>
      <w:r>
        <w:br/>
      </w:r>
      <w:r>
        <w:t>В связи с этим, буржуазные правительства были вынуждены поддерживать отдельных капиталистов, осуществляющих меры по сокращению рабочих мест или рабочего времени, с целью избежать сценария молниеносного роста безработицы.</w:t>
      </w:r>
    </w:p>
    <w:p>
      <w:r>
        <w:t xml:space="preserve">Сюда же относится и спасение буржуазным государством наиболее крупных компаний, что не должно вызывать абсолютно никакого удивления у марксиста. Монополизация – т.е. поглощение и выдавливание с рынка крупными компаниями более мелких, – это неотъемлемый и объективный закон монополистического капитализма, а не результат заговора отдельных капиталистов. </w:t>
      </w:r>
    </w:p>
    <w:p>
      <w:r>
        <w:t xml:space="preserve">Этот процесс идёт постоянно. В эпоху кризиса буржуазное государство спасает прежде всего крупные монополистические корпорации, которые получают возможность выдавливания своих разоряющихся конкурентов. </w:t>
      </w:r>
    </w:p>
    <w:p>
      <w:r>
        <w:t xml:space="preserve">Таким образом, в условиях спровоцированного пандемией глубокого кризиса, выдаваемого паникёрами за «золотое время» для «мировой буржуазии», не только сами капиталисты несут колоссальные потери за счёт падения производства в таких ключевых отраслях как финансы, строительство, перевозки, добыча ископаемых и т.д. 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169994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699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 гораздо худшем положении оказывается и буржуазное государство, которое вынуждено принимать меры по спасению экономической ситуации, вливая огромные средства в неприбыльные сектора – здравоохранение, ЖКХ, безопасность и пр. С точки зрения капитализма, всё это – истраченный впустую капитал, совершенно бесполезные траты.</w:t>
      </w:r>
    </w:p>
    <w:p>
      <w:r>
        <w:t xml:space="preserve">Некоторые страны, как например, оказавшаяся благодаря пандемии на грани дефолта Украина, уже сейчас </w:t>
      </w:r>
      <w:hyperlink r:id="rId24">
        <w:r>
          <w:rPr>
            <w:color w:val="0000FF"/>
            <w:u w:val="single"/>
          </w:rPr>
          <w:t>выступают</w:t>
        </w:r>
      </w:hyperlink>
      <w:r>
        <w:t xml:space="preserve"> за ослабление карантинных мероприятий с целью «оживления экономики». </w:t>
      </w:r>
    </w:p>
    <w:p>
      <w:r>
        <w:t>Всё это не слишком вяжется с теориями выдающихся «теоретиков» борьбы с «фашизацией» о стремлении буржуазии навязать обществу жесточайший контроль посредством карантина, якобы являющийся спасением для неё.</w:t>
      </w:r>
    </w:p>
    <w:p>
      <w:r>
        <w:t xml:space="preserve">Происходящее сегодня – не результат «намеренно раздуваемой истерии» и не «заговор мировой буржуазии», а следствие неспособности капитализма справиться с проблемой распространения опасного вируса, не нанося серьезного ущерба самой капиталистической системе. </w:t>
      </w:r>
    </w:p>
    <w:p>
      <w:r>
        <w:t>Несмотря на наличие необходимых ресурсов и координацию действий, а также богатый опыт борьбы с эпидемиями, правительства буржуазных государств и представители крупного капитала отреагировали на потенциальную опасность в своей типичной манере – сначала отрицанием и высмеиванием, а затем чредой панических мероприятий, приведших к тяжелейшему падению всех экономических показателей.</w:t>
      </w:r>
    </w:p>
    <w:p>
      <w:r>
        <w:t>Неспособные быстро наладить производство и распределение экспресс-тестов для учреждения выборочного карантина, буржуазные государства вводят тотальную изоляцию граждан, опрокидывая собственную экономику, лишая граждан работы и средств к существованию, подстёгивая рост дефицита тех или иных товаров.</w:t>
      </w:r>
    </w:p>
    <w:p>
      <w:r>
        <w:t>Взваливая ответственность за распространение пандемии исключительно на личное поведение граждан, буржуазные правительства не принимают необходимых мер по переводу частной медицины под государственный контроль и включении её в общую систему здравоохранения.</w:t>
      </w:r>
    </w:p>
    <w:p>
      <w:r>
        <w:t xml:space="preserve">В условиях всеобщего хаоса, некомпетентность буржуазного государства и анархия капиталистического производства, дают временную возможность отдельным секторам экономики получать сверхприбыли. </w:t>
      </w:r>
    </w:p>
    <w:p>
      <w:r>
        <w:t xml:space="preserve">Прежде всего это касается рынка фармацевтики, продуктов питания или ритуальных услуг, что выдаётся наиболее оголтелыми «конспирологами» вообще в качестве причины самого кризиса («массовую истерию раздувают производители медицинских масок»). </w:t>
      </w:r>
    </w:p>
    <w:p>
      <w:r>
        <w:t xml:space="preserve">В отдельные моменты эта спекуляция принимает форму откровенного антиобщественного вредительства (примером тут может стать продажа </w:t>
      </w:r>
      <w:hyperlink r:id="rId25">
        <w:r>
          <w:rPr>
            <w:color w:val="0000FF"/>
            <w:u w:val="single"/>
          </w:rPr>
          <w:t>Китаем</w:t>
        </w:r>
      </w:hyperlink>
      <w:r>
        <w:t xml:space="preserve"> в страны </w:t>
      </w:r>
      <w:hyperlink r:id="rId26">
        <w:r>
          <w:rPr>
            <w:color w:val="0000FF"/>
            <w:u w:val="single"/>
          </w:rPr>
          <w:t>запада</w:t>
        </w:r>
      </w:hyperlink>
      <w:r>
        <w:t xml:space="preserve"> некачественных экспресс-тестов на определение COVID-19)</w:t>
      </w:r>
      <w:r>
        <w:t>.</w:t>
      </w:r>
    </w:p>
    <w:p>
      <w:r>
        <w:t>Жесточайшая конкуренция отдельных производителей на фармацевтическом рынке со всеми присущими ей чертами (коммерческой тайной, авторскими патентами, саботажем и т.д.) не может не препятствовать разработке вакцины против вируса.</w:t>
      </w:r>
    </w:p>
    <w:p>
      <w:r>
        <w:t>Капиталистическая оптимизация системы здравоохранения привела к полной ликвидации системы противовирусной профилактики и тотальной неспособности медицинских служб практически всех капиталистических стран к адекватной реакции на возникшую угрозу.</w:t>
      </w:r>
    </w:p>
    <w:p>
      <w:r>
        <w:t>Индивидуализм, – идеологическая основа капиталистического производства, – а также всевозможные антинаучные и мистические заблуждения, культивируемые в рамках буржуазной гегемонии самим господствующим классом, привели к халатному отношению к возможной угрозе со стороны рядовых граждан, что способствует ещё большему распространению заболевания.</w:t>
      </w:r>
    </w:p>
    <w:p>
      <w:r>
        <w:t>Растрата накопленных в руках буржуазных государств общественных фондов, направленных на спасение крупных игроков капиталистического рынка, неизбежно отразится в дальнейшем на благосостоянии простых рабочих, поскольку именно за их счёт государство компенсирует все свои кризисные потери.</w:t>
      </w:r>
    </w:p>
    <w:p/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7432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Эти и многие другие итоги первой фазы нового кризиса говорят нам о том, что капитализм в целом не может эффективно противостоять угрозам человечеству. Столкнувшись со столь масштабной проблемой, капитализм, – невзирая на рекламируемую буржуазными крикунами «эффективность», – уходит в крутое пике, увлекая за собой массы рабочих.</w:t>
      </w:r>
    </w:p>
    <w:p>
      <w:r>
        <w:t>Капитализм исчерпал себя и не может далее обеспечить нормальное развитие человеческого общества, не нанося ему вреда.</w:t>
      </w:r>
    </w:p>
    <w:p>
      <w:r>
        <w:t>Именно эти положения должны лежать в основе коммунистической пропаганды в данный конкретный момент, а не умозрительные выдумки о всеобщей фашизации через карантин.</w:t>
      </w:r>
    </w:p>
    <w:p>
      <w:r>
        <w:t xml:space="preserve">Это не значит, что мы априори отрицаем фашистскую опасность. В условиях углубления кризиса, усиления волнений и стихийных протестов внутри рабочего класса и разоряющейся мелкой буржуазии до такой степени, что без откровенно террористических мер поддержка нормального функционирования капиталистической системы становится невозможной – </w:t>
      </w:r>
      <w:r>
        <w:rPr>
          <w:b/>
        </w:rPr>
        <w:t>буржуазия тех или иных стран действительно способна перейти к фашизму</w:t>
      </w:r>
      <w:r>
        <w:t>.</w:t>
      </w:r>
    </w:p>
    <w:p>
      <w:r>
        <w:t xml:space="preserve">Однако мы не проводим знак равенства между чрезвычайными мерами против эпидемии в абсолютно всех буржуазных государствах </w:t>
      </w:r>
      <w:r>
        <w:rPr>
          <w:i/>
        </w:rPr>
        <w:t>(например, доказавшие свою эффективность в Китае, Южной Корее, Японии, Вьетнаме, Сингапуре)</w:t>
      </w:r>
      <w:r>
        <w:t xml:space="preserve"> и установлением глобальной фашистской диктатуры на международном уровне под эгидой некоего сговорившегося между собой «капиталистического интернационала», ловко одурачившего всё человечество постановкой спектакля с опасной вирусной инфекцией.</w:t>
      </w:r>
    </w:p>
    <w:p>
      <w:r>
        <w:t>Подобная постановка вопроса – это самый настоящий бред спятившего на фоне просмотров телевизионных «разоблачений» мещанина, не имеющий к марксизму-ленинизму никакого отношения.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koronavirus-i-teoriya-zagovora" TargetMode="Externa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hyperlink" Target="https://ria.ru/20200210/1564519274.html" TargetMode="External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hyperlink" Target="https://politsturm.com/k-kritike-burzhuaznogo-professora-ch-1/" TargetMode="External"/><Relationship Id="rId18" Type="http://schemas.openxmlformats.org/officeDocument/2006/relationships/hyperlink" Target="https://vk.com/work_way_com?w=wall-162034604_24530" TargetMode="External"/><Relationship Id="rId19" Type="http://schemas.openxmlformats.org/officeDocument/2006/relationships/hyperlink" Target="https://vk.com/work_way_com?w=wall-162034604_24427" TargetMode="External"/><Relationship Id="rId20" Type="http://schemas.openxmlformats.org/officeDocument/2006/relationships/hyperlink" Target="http://italia-ru.com/forums/2011/10/06/vnimanie-gid-rime-vatikane-ekaterina-sinitsyna-ona-zhe-katya-santoni" TargetMode="External"/><Relationship Id="rId21" Type="http://schemas.openxmlformats.org/officeDocument/2006/relationships/hyperlink" Target="http://kriminal-ua.info/item/1179-antigid-i-antichelovek-ekaterina-sinitsyna-santoni" TargetMode="External"/><Relationship Id="rId22" Type="http://schemas.openxmlformats.org/officeDocument/2006/relationships/image" Target="media/image7.png"/><Relationship Id="rId23" Type="http://schemas.openxmlformats.org/officeDocument/2006/relationships/image" Target="media/image8.png"/><Relationship Id="rId24" Type="http://schemas.openxmlformats.org/officeDocument/2006/relationships/hyperlink" Target="https://lenta.ru/news/2020/03/31/spasi/" TargetMode="External"/><Relationship Id="rId25" Type="http://schemas.openxmlformats.org/officeDocument/2006/relationships/hyperlink" Target="https://meduza.io/news/2020/03/30/evropeyskie-strany-otozvali-tysyachi-kitayskih-masok-i-testov-na-koronavirus-oni-okazalis-nekachestvennymi" TargetMode="External"/><Relationship Id="rId26" Type="http://schemas.openxmlformats.org/officeDocument/2006/relationships/hyperlink" Target="https://news.liga.net/world/news/mojno-vybrosit-v-dunay-premer-slovakii-setuet-na-negodnye-koronavirus-testy" TargetMode="External"/><Relationship Id="rId27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