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Должны ли коммунисты собирать гуманитарную помощь?</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2022-05-23</w:t>
      </w:r>
    </w:p>
    <w:p>
      <w:pPr/>
      <w:r>
        <w:t>16 мин. на чтение</w:t>
      </w:r>
    </w:p>
    <w:p>
      <w:r>
        <w:br/>
      </w: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
        <w:br/>
      </w:r>
    </w:p>
    <w:p>
      <w:r>
        <w:t xml:space="preserve">Боевые действия на территории Украины привели к настоящему гуманитарному кризису. По </w:t>
      </w:r>
      <w:hyperlink r:id="rId11">
        <w:r>
          <w:rPr>
            <w:color w:val="0000FF"/>
            <w:u w:val="single"/>
          </w:rPr>
          <w:t>данным</w:t>
        </w:r>
      </w:hyperlink>
      <w:r>
        <w:t xml:space="preserve"> ООН, Украину покинули более 3 млн беженцев, в стране рушится цепочка поставок продовольствия, наблюдаются серьезные проблемы с водоснабжением. </w:t>
      </w:r>
    </w:p>
    <w:p>
      <w:r>
        <w:t xml:space="preserve">Из-за срыва посевной кампании в Украине может сложиться угроза голода. Она также не сможет поставлять продовольствие в другие страны, ряд из которых (например, страны Северной Африки) критически зависят от поставок украинского зерна. По </w:t>
      </w:r>
      <w:hyperlink r:id="rId12">
        <w:r>
          <w:rPr>
            <w:color w:val="0000FF"/>
            <w:u w:val="single"/>
          </w:rPr>
          <w:t>данным</w:t>
        </w:r>
      </w:hyperlink>
      <w:r>
        <w:t xml:space="preserve"> ООН, в портах Украины на данный момент заблокировано 4,5 млн тонн зерна. </w:t>
      </w:r>
    </w:p>
    <w:p>
      <w:r>
        <w:t>На фоне разрастающегося гуманитарного кризиса некоторые левые считают, что в сложившейся ситуации коммунисты должны заниматься сбором средств и отправкой гуманитарной помощи в районы, пострадавшие от военных действий. Более того, они полагают, что именно сбор гуманитарной помощи в данных условиях является основной задачей коммунистов.</w:t>
      </w:r>
    </w:p>
    <w:p>
      <w:r>
        <w:t>Но соответствует ли эта позиция интересам коммунистической работы?  Будем разбираться.</w:t>
      </w:r>
    </w:p>
    <w:p>
      <w:r/>
    </w:p>
    <w:p>
      <w:pPr>
        <w:pStyle w:val="Heading1"/>
      </w:pPr>
      <w:r>
        <w:t>I. Кто выступает за сбор гуманитарной помощи?</w:t>
      </w:r>
    </w:p>
    <w:p>
      <w:r>
        <w:t xml:space="preserve">Одним из первых с подобной инициативой </w:t>
      </w:r>
      <w:hyperlink r:id="rId13">
        <w:r>
          <w:rPr>
            <w:color w:val="0000FF"/>
            <w:u w:val="single"/>
          </w:rPr>
          <w:t>выступил</w:t>
        </w:r>
      </w:hyperlink>
      <w:r>
        <w:t xml:space="preserve"> администратор «Военно-политического обозрения» — левого паблика во ВКонтакте, специализирующегося на военной тематике. В начале марта, админ выпустил пост с предложением левым начать собирать гуманитарную помощь и назвать акцию «гуманизацией».   </w:t>
      </w:r>
    </w:p>
    <w:p>
      <w:r>
        <w:rPr>
          <w:i/>
        </w:rPr>
        <w:t>«Если и есть шанс возродиться, то есть он только в делах. С ними ждать нельзя.</w:t>
      </w:r>
    </w:p>
    <w:p>
      <w:r>
        <w:rPr>
          <w:i/>
        </w:rPr>
        <w:t>А их я вижу в следующем:</w:t>
      </w:r>
    </w:p>
    <w:p>
      <w:r>
        <w:rPr>
          <w:i/>
        </w:rPr>
        <w:t>Нужно открыть сбор на гумпомощь. Все полученное поделить поровну между мирными жителями Донбасса и Украины, где шли и идут бои.</w:t>
      </w:r>
    </w:p>
    <w:p>
      <w:r>
        <w:rPr>
          <w:i/>
        </w:rPr>
        <w:t>…</w:t>
      </w:r>
    </w:p>
    <w:p>
      <w:r>
        <w:rPr>
          <w:i/>
        </w:rPr>
        <w:t xml:space="preserve">Назвать такую акцию коммунизация или гуманизация (предлагайте свои варианты, если эти нелепые) </w:t>
      </w:r>
    </w:p>
    <w:p>
      <w:r>
        <w:rPr>
          <w:i/>
        </w:rPr>
        <w:t>…</w:t>
      </w:r>
    </w:p>
    <w:p>
      <w:r>
        <w:rPr>
          <w:i/>
        </w:rPr>
        <w:t>Теперь обращение к руководителям левых групп, организаций или блогерам, кто нас читает.</w:t>
      </w:r>
    </w:p>
    <w:p>
      <w:r>
        <w:rPr>
          <w:i/>
        </w:rPr>
        <w:t>Просьба или репостнуть эту запись, или самостоятельно создать запись по сбору. Распространять и объединиться, несмотря на срачи и обиды, хотя бы временно и исключительно для этого нужного дела, чтобы доказать, что коммунисты и сочувствующие – это сперва гуманисты, а потом всё остальное».</w:t>
      </w:r>
    </w:p>
    <w:p>
      <w:r>
        <w:t xml:space="preserve">Аудитория группы инициативу поддержала и на момент начала мая, со </w:t>
      </w:r>
      <w:hyperlink r:id="rId14">
        <w:r>
          <w:rPr>
            <w:color w:val="0000FF"/>
            <w:u w:val="single"/>
          </w:rPr>
          <w:t>слов</w:t>
        </w:r>
      </w:hyperlink>
      <w:r>
        <w:t xml:space="preserve"> самого админа, уже собрано порядка 315 тыс. рублей.</w:t>
      </w:r>
    </w:p>
    <w:p>
      <w:r>
        <w:t xml:space="preserve">На схожих позициях </w:t>
      </w:r>
      <w:hyperlink r:id="rId15">
        <w:r>
          <w:rPr>
            <w:color w:val="0000FF"/>
            <w:u w:val="single"/>
          </w:rPr>
          <w:t>стоит</w:t>
        </w:r>
      </w:hyperlink>
      <w:r>
        <w:t xml:space="preserve"> и Максим Бендус — блогер левого толка, бывший военный, часто выступающий на темы, связанные с армией и воинской службой. Он уже несколько лет занимается гуманитарными и благотворительными поездками на Донбасс, видит в гуманитарной деятельности «конкретное дело» для левых и коммунистов (см. </w:t>
      </w:r>
      <w:hyperlink r:id="rId16">
        <w:r>
          <w:rPr>
            <w:color w:val="0000FF"/>
            <w:u w:val="single"/>
          </w:rPr>
          <w:t>здесь</w:t>
        </w:r>
      </w:hyperlink>
      <w:r>
        <w:t xml:space="preserve"> на 1:14:20).</w:t>
      </w:r>
    </w:p>
    <w:p>
      <w:r>
        <w:t>Инициатива активно поддерживается т.н. «жожеками» — аморфной группой широколевых блогеров, включающей в себя Мятежника Джека, Дядю Джо и проч. Эта группа провела несколько совместных стримов (</w:t>
      </w:r>
      <w:hyperlink r:id="rId17">
        <w:r>
          <w:rPr>
            <w:color w:val="0000FF"/>
            <w:u w:val="single"/>
          </w:rPr>
          <w:t>например</w:t>
        </w:r>
      </w:hyperlink>
      <w:r>
        <w:t xml:space="preserve">), собранные средства с которых отправила благотворительным организациям. Так же они активно выступают с </w:t>
      </w:r>
      <w:hyperlink r:id="rId18">
        <w:r>
          <w:rPr>
            <w:color w:val="0000FF"/>
            <w:u w:val="single"/>
          </w:rPr>
          <w:t>критикой</w:t>
        </w:r>
      </w:hyperlink>
      <w:r>
        <w:t xml:space="preserve"> позиции тех, кто отказывается заниматься гуманитарной поддержкой </w:t>
      </w:r>
      <w:r>
        <w:t xml:space="preserve">(Андрей Рудой </w:t>
      </w:r>
      <w:r>
        <w:rPr>
          <w:i/>
        </w:rPr>
        <w:t>(признан иностранным агентом в РФ)</w:t>
      </w:r>
      <w:r>
        <w:t>, Константин Семин, «Lenin Crew»)</w:t>
      </w:r>
      <w:r>
        <w:t xml:space="preserve"> </w:t>
      </w:r>
      <w:r>
        <w:t xml:space="preserve">и приводит доводы против гуманитарной помощи. </w:t>
      </w:r>
    </w:p>
    <w:p>
      <w:r>
        <w:t xml:space="preserve">Мятежник Джек  формально заявляет, что не выступает против отказавшихся участвовать в этой акции, но на деле посвятил отдельный </w:t>
      </w:r>
      <w:hyperlink r:id="rId19">
        <w:r>
          <w:rPr>
            <w:color w:val="0000FF"/>
            <w:u w:val="single"/>
          </w:rPr>
          <w:t>материал</w:t>
        </w:r>
      </w:hyperlink>
      <w:r>
        <w:t xml:space="preserve"> полемике на эту тему, транслируя расхожие доводы агитации за участие в гумпомощи, а также критикует доводы против участия в акции. Поэтому его слова о том, что он не критикует за отказ от гуманитарной помощи являются лишь словами. На деле он критикует именно за отказ и приводит доводы за участие в гуманитарной помощи, пропагандирует в её пользу.</w:t>
      </w:r>
    </w:p>
    <w:p>
      <w:r>
        <w:t xml:space="preserve">При этом, ссылка на пример </w:t>
      </w:r>
      <w:r>
        <w:t xml:space="preserve">Алексеем Майоровым, отказавшегося от сбора гумпомощи и которого Джек не критикует, не работает. Майоров не критикует саму идею гуманитарной помощи в текущих условиях, а лишь заявляет о своем личном в ней неучастии, приводя некоторые не развернутые доводы в объяснение своей позиции и по существу не оппонирующие доводам в пользу гуманитарной помощи (см. </w:t>
      </w:r>
      <w:hyperlink r:id="rId20">
        <w:r>
          <w:rPr>
            <w:color w:val="0000FF"/>
            <w:u w:val="single"/>
          </w:rPr>
          <w:t>здесь</w:t>
        </w:r>
      </w:hyperlink>
      <w:r>
        <w:t xml:space="preserve"> на 0:15)</w:t>
      </w:r>
    </w:p>
    <w:p>
      <w:r>
        <w:t>Идею сбора гуманитарной помощи поддерживает множество других медийных личностей, левых пабликов и объединений.</w:t>
      </w:r>
    </w:p>
    <w:p>
      <w:r>
        <w:t xml:space="preserve">Забегая вперед, отметим, что поддержка подобной инициативы именно различными левыми блогерами и небольшими группами является очень показательным моментом. </w:t>
      </w:r>
    </w:p>
    <w:p>
      <w:r>
        <w:t xml:space="preserve">Подобные левые безнадежно отстали от развития коммунистического движения, оставшись на уровне второй половины 10-ых годов: по форме деятельности и её содержанию. </w:t>
      </w:r>
    </w:p>
    <w:p>
      <w:r>
        <w:t xml:space="preserve">Продолжая вещать в качестве индивидуальных блогеров и «просто агитаторов», они отстраняются от действительно важной на данный момент коммунистической работы: выстраивания единой централизованной организации. В случае с «жожеками», так те и вовсе нарочито небрежно относятся к подобной деятельности и осознанно дистанцируются от практической работы в этом направлении. </w:t>
      </w:r>
    </w:p>
    <w:p>
      <w:r>
        <w:t>На основании нескольких не устраивающих их личностей из левого движения они громогласно заявляют, что левое движение для них умерло и т. п. При этом добавляют, что сами они ничего не могут, так как «всего лишь блогеры и обзорщики».</w:t>
      </w:r>
    </w:p>
    <w:p>
      <w:r>
        <w:t>Все это приводит к тому, что все перечисленные выше, не желая или будучи не в состоянии вести актуальную коммунистическую работу, начинают увлекаться  авантюрами: какой, без сомнения, является предлагаемая акция.</w:t>
      </w:r>
    </w:p>
    <w:p>
      <w:pPr>
        <w:pStyle w:val="Heading1"/>
      </w:pPr>
      <w:r>
        <w:t>II. Основные аргументы</w:t>
      </w:r>
    </w:p>
    <w:p>
      <w:r>
        <w:t>Какие же аргументы выдвигаются в пользу организации гуманитарной помощи?</w:t>
      </w:r>
    </w:p>
    <w:p>
      <w:pPr>
        <w:pStyle w:val="Heading2"/>
      </w:pPr>
      <w:r>
        <w:t>«Это основное, если не единственное практическое дело для коммунистов и левых в текущих условиях»</w:t>
      </w:r>
    </w:p>
    <w:p>
      <w:r>
        <w:t>Довольно ярко такую точку зрения выражает Бендус, делящий всех коммунистов на два лагеря: тех, кто занимается помощью, и тех, кто ничего не делает:</w:t>
      </w:r>
    </w:p>
    <w:p>
      <w:r>
        <w:rPr>
          <w:i/>
        </w:rPr>
        <w:t xml:space="preserve">«Марксисты раскололись на два лагеря: те, кто помогает, и те, кто не помогает. Те, кто не помогает …  пытаются хейтить тех, кто помогает, обзывают их в солидаризме» </w:t>
      </w:r>
      <w:r>
        <w:t xml:space="preserve">(см. </w:t>
      </w:r>
      <w:hyperlink r:id="rId16">
        <w:r>
          <w:rPr>
            <w:color w:val="0000FF"/>
            <w:u w:val="single"/>
          </w:rPr>
          <w:t>здесь</w:t>
        </w:r>
      </w:hyperlink>
      <w:r>
        <w:t xml:space="preserve"> на 1:39:25)</w:t>
      </w:r>
    </w:p>
    <w:p>
      <w:r>
        <w:t xml:space="preserve">Определенным маркером служит то, что к «марксистам, занимающимся настоящим делом» он причисляет, в том числе, и людей из </w:t>
      </w:r>
      <w:r>
        <w:rPr>
          <w:i/>
        </w:rPr>
        <w:t>«</w:t>
      </w:r>
      <w:r>
        <w:t>партии</w:t>
      </w:r>
      <w:r>
        <w:rPr>
          <w:i/>
        </w:rPr>
        <w:t>»</w:t>
      </w:r>
      <w:r>
        <w:t xml:space="preserve"> Попова (</w:t>
      </w:r>
      <w:r>
        <w:t xml:space="preserve">см. </w:t>
      </w:r>
      <w:hyperlink r:id="rId16">
        <w:r>
          <w:rPr>
            <w:color w:val="0000FF"/>
            <w:u w:val="single"/>
          </w:rPr>
          <w:t>здесь</w:t>
        </w:r>
      </w:hyperlink>
      <w:r>
        <w:t xml:space="preserve"> на 1:39:25)</w:t>
      </w:r>
      <w:r>
        <w:t xml:space="preserve">, являющейся оппортунистической организацией. О чем говорится в ряде наших </w:t>
      </w:r>
      <w:hyperlink r:id="rId21">
        <w:r>
          <w:rPr>
            <w:color w:val="0000FF"/>
            <w:u w:val="single"/>
          </w:rPr>
          <w:t>материалов</w:t>
        </w:r>
      </w:hyperlink>
      <w:r>
        <w:t>.</w:t>
      </w:r>
    </w:p>
    <w:p>
      <w:r>
        <w:t>Войны, голод, нищета являются лишь следствием текущего общественного устройства. Их причина кроется в капиталистических производственных отношениях. Как бы коммунисты успешно ни боролись с последствиями спецопераций и разрухи, это будет борьба со следствиями, а не причиной.</w:t>
      </w:r>
    </w:p>
    <w:p>
      <w:r>
        <w:t xml:space="preserve">Поэтому именно уничтожение капитализма и построение социалистического общества являются основными целями коммунистов, а не сбор гуманитарной помощи. Только так можно остановить обрушившиеся на людей общественные бедствия. </w:t>
      </w:r>
    </w:p>
    <w:p>
      <w:r>
        <w:t>Для достижения этой цели необходимо создание коммунистической партии, которая бы стала авангардом масс и организовала их борьбу. На это сейчас и должны быть направлены все силы коммунистов, как на основную задачу.</w:t>
      </w:r>
    </w:p>
    <w:p>
      <w:r>
        <w:t xml:space="preserve">Любое отвлечение на второстепенные акции, не способствующие созданию и укреплению коммунистической партии, отвлекает драгоценные силы и ресурсы. В то время как наступление уже открытых столкновений между империалистическими державами ясно указывает на то, что у коммунистов остается все меньше времени для завершения организационной работы. </w:t>
      </w:r>
    </w:p>
    <w:p>
      <w:r>
        <w:t xml:space="preserve">Предлагать в этих условиях отвлеченную деятельность, да еще косвенно поддерживающую политику буржуазии — значит выступать с позиций </w:t>
      </w:r>
      <w:r>
        <w:rPr>
          <w:i/>
        </w:rPr>
        <w:t xml:space="preserve">акционизма </w:t>
      </w:r>
      <w:r>
        <w:t xml:space="preserve">и </w:t>
      </w:r>
      <w:r>
        <w:rPr>
          <w:i/>
        </w:rPr>
        <w:t>оппортунизма</w:t>
      </w:r>
      <w:r>
        <w:t xml:space="preserve">. </w:t>
      </w:r>
    </w:p>
    <w:p>
      <w:r>
        <w:t xml:space="preserve">Буржуазии будет выгодно, если коммунисты вместо своей основной работы займутся чем-то третьестепенным, безвредным для неё, отвлекающим внимание от главного направления. </w:t>
      </w:r>
    </w:p>
    <w:p>
      <w:r>
        <w:t>Видимо, стихийно понимая это и не желая быть уличенными в оппортунизме, многие левые заявляют, что гуманитарная помощь якобы будет содействовать организации левых.</w:t>
      </w:r>
    </w:p>
    <w:p>
      <w:pPr>
        <w:pStyle w:val="Heading2"/>
      </w:pPr>
      <w:r>
        <w:t>«Гуманитарная помощь — это то, что поможет сплотиться левым»</w:t>
      </w:r>
    </w:p>
    <w:p>
      <w:r>
        <w:t>Наиболее ярко эту позицию выразила администрация группы ВПО, чье высказывание мы уже приводили. Очевидно, что за этими словами скрывается выражение очередной надежды на создание если не единой организации левых России, то хотя бы некоего каркаса таковой.</w:t>
      </w:r>
    </w:p>
    <w:p>
      <w:r>
        <w:t xml:space="preserve">Стоит ли говорить, что никакого серьезного объединения разношерстных левых блогеров, групп и сообществ (тем более на почве благотворительности) попросту невозможно, так как все они придерживаются разных организационных и идеологических принципов?  Мы уже видели создание </w:t>
      </w:r>
      <w:hyperlink r:id="rId22">
        <w:r>
          <w:rPr>
            <w:color w:val="0000FF"/>
            <w:u w:val="single"/>
          </w:rPr>
          <w:t>подобных</w:t>
        </w:r>
      </w:hyperlink>
      <w:r>
        <w:t xml:space="preserve"> объединений в современных условиях и знаем </w:t>
      </w:r>
      <w:hyperlink r:id="rId23">
        <w:r>
          <w:rPr>
            <w:color w:val="0000FF"/>
            <w:u w:val="single"/>
          </w:rPr>
          <w:t>чем</w:t>
        </w:r>
      </w:hyperlink>
      <w:r>
        <w:t xml:space="preserve"> они заканчиваются на практике.</w:t>
      </w:r>
    </w:p>
    <w:p>
      <w:r>
        <w:t xml:space="preserve">Подобные расколы связаны не с личными качествами отдельных деятелей, а с идеологической разобщенностью и отсутствием единых организационных принципов. </w:t>
      </w:r>
    </w:p>
    <w:p>
      <w:r>
        <w:t>Идеологическая разобщенность ведет к различной тактике действий (например, одни желают участвовать в выборах, другие видят свою деятельность лишь в акциях протеста, третьи борются за равенство полов и экологию и т. д.), вследствие чего такую организацию просто разрывают действующие изнутри противоречия, подогреваемые отсутствием внутриорганизационной дисциплины и подчинения единой программе действий.</w:t>
      </w:r>
    </w:p>
    <w:p>
      <w:r>
        <w:t>Если в основу организации будут положены лишь общие принципы гуманизма, то получится та же аморфная, разнородная группа людей, не способная к коммунистической деятельности, которая неминуемо распадется вследствие внутренних противоречий. Подобное объединение будет являться лишь одним из видов широколевых организаций.</w:t>
      </w:r>
    </w:p>
    <w:p>
      <w:r>
        <w:t xml:space="preserve">Кроме того, подобное «сплочение», по сути, является все тем же отвлечением сил и внимания от действительно необходимой деятельности по созданию марксистской организации, о чем мы уже говорили. </w:t>
      </w:r>
    </w:p>
    <w:p>
      <w:r>
        <w:rPr>
          <w:b/>
        </w:rPr>
        <w:t>Настоящее сплочение коммунистов в мощную организацию возможно лишь при соблюдении ряда условий:</w:t>
      </w:r>
    </w:p>
    <w:p>
      <w:r>
        <w:t>1) общая марксистско-ленинская идеологическая платформа;</w:t>
      </w:r>
    </w:p>
    <w:p>
      <w:r>
        <w:t>2) единые организационные принципы демократического централизма;</w:t>
      </w:r>
    </w:p>
    <w:p>
      <w:r>
        <w:t>3) единая программа действий, которую признают и которой подчиняются все члены организации.</w:t>
      </w:r>
    </w:p>
    <w:p>
      <w:r>
        <w:t>Невыполнение одного из условий сплочения и организации коммунистов не может привести ни к чему, кроме создания шатких, аморфных союзов. Только при соблюдении этих условий возможно создание сколько-нибудь крепкой организации коммунистов.</w:t>
      </w:r>
    </w:p>
    <w:p>
      <w:pPr>
        <w:pStyle w:val="Heading2"/>
      </w:pPr>
      <w:r>
        <w:t>«Гуманитарная помощь — это инструмент агитации и пропаганды»</w:t>
      </w:r>
    </w:p>
    <w:p>
      <w:r>
        <w:t xml:space="preserve">Именно этот тезис часто отстаивает Бендус. </w:t>
      </w:r>
    </w:p>
    <w:p>
      <w:r>
        <w:t>«</w:t>
      </w:r>
      <w:r>
        <w:rPr>
          <w:i/>
        </w:rPr>
        <w:t xml:space="preserve">К сожалению, 90 процентов левых погрязли в этом </w:t>
      </w:r>
      <w:r>
        <w:t>[беспредметных спорах]</w:t>
      </w:r>
      <w:r>
        <w:rPr>
          <w:i/>
        </w:rPr>
        <w:t xml:space="preserve"> и только 10 занимаются нормальной работой. Левое, марксистско-ленинское движение должно знать людей, которые не интегрируются с властью идеологически, не интегрируются с какими-то там националистами, но он приходит и помогает людям, даже заблуждающимся, отравленным идеологией чуждой марксизму-ленинизму. Он им помогает, и это первый мостик, чтобы они как минимум обратили на нас внимание</w:t>
      </w:r>
      <w:r>
        <w:t xml:space="preserve">» (см. </w:t>
      </w:r>
      <w:hyperlink r:id="rId15">
        <w:r>
          <w:rPr>
            <w:color w:val="0000FF"/>
            <w:u w:val="single"/>
          </w:rPr>
          <w:t>здесь</w:t>
        </w:r>
      </w:hyperlink>
      <w:r>
        <w:t xml:space="preserve"> на 42:36).</w:t>
      </w:r>
    </w:p>
    <w:p>
      <w:r>
        <w:t>В свою очередь отказ заниматься гуманитарной помощью неминуемо должен негативно сказаться на имидже левых и коммунистов, дать буржуазным пропагандистам лишний повод для дискредитации коммунистических идей. Такую точку зрения выражает Мятежник Джек:</w:t>
      </w:r>
    </w:p>
    <w:p>
      <w:r>
        <w:t>«</w:t>
      </w:r>
      <w:r>
        <w:rPr>
          <w:i/>
        </w:rPr>
        <w:t>Мы хотя бы вред не приносим и не помогаем правакам в их пропаганде против коммунизма</w:t>
      </w:r>
      <w:r>
        <w:t xml:space="preserve">» (см. </w:t>
      </w:r>
      <w:hyperlink r:id="rId24">
        <w:r>
          <w:rPr>
            <w:color w:val="0000FF"/>
            <w:u w:val="single"/>
          </w:rPr>
          <w:t>здесь</w:t>
        </w:r>
      </w:hyperlink>
      <w:r>
        <w:t xml:space="preserve"> на 20:20)</w:t>
      </w:r>
    </w:p>
    <w:p>
      <w:r>
        <w:t>Согласно данной позиции помощь обездоленным людям создаст некий образ правильного коммуниста, личный пример послужит делу пропаганды, а люди, которым была оказана помощь, станут восприимчивее к левой пропаганде.</w:t>
      </w:r>
    </w:p>
    <w:p>
      <w:r>
        <w:t>Но и этот аргумент не является сколько-нибудь убедительным.</w:t>
      </w:r>
    </w:p>
    <w:p>
      <w:r>
        <w:t xml:space="preserve">Во-первых, «пропаганда» через гуманитарную помощь будет  распространением абстрактных левых идей, не идущих дальше разговоров. Это так, потому что ей предлагают заниматься люди, за которыми не стоит никакой конкретной организации. </w:t>
      </w:r>
    </w:p>
    <w:p>
      <w:r>
        <w:t>Выступающие за этот принцип являются либо блогерами одиночками, либо небольшими группами людей. Тот же Максим Бендус, уже  несколько лет регулярно занимающийся поездками на Донбасс, до сих пор не создал ни одной коммунистической организации и даже не стал членом существующих. Все разговоры о “пропаганде и организации” на практике так и остаются досужими разговорами.</w:t>
      </w:r>
    </w:p>
    <w:p>
      <w:r>
        <w:t xml:space="preserve">Кроме того, почти вся компания по отправке гуманитарной помощи находится в руках государства, поэтому говорить о какой-то марксистской пропаганде с помощью гуманитарных грузов попросту абсурдно (например, </w:t>
      </w:r>
      <w:hyperlink r:id="rId25">
        <w:r>
          <w:rPr>
            <w:color w:val="0000FF"/>
            <w:u w:val="single"/>
          </w:rPr>
          <w:t>здесь</w:t>
        </w:r>
      </w:hyperlink>
      <w:r>
        <w:t xml:space="preserve"> на 2:35 видно как доставленный груз от КРасное ТВ подписывают как от КПРФ). Государство уже использует эту помощь как средство своей пропаганды. МЧС, которые занимаются распространением гуманитарных грузов, очевидно не будет передавать марксистские агитационные брошюры и записки нуждающимся.</w:t>
      </w:r>
    </w:p>
    <w:p>
      <w:r>
        <w:t>Нет никакой гарантии и в том, что собранная гумпомощь окажется доставлена именно мирным жителям, а не каким-нибудь националистам и антикоммунистам из ДШРГ «Русич» и им подобным.</w:t>
      </w:r>
    </w:p>
    <w:p>
      <w:pPr>
        <w:pStyle w:val="Heading2"/>
      </w:pPr>
      <w:r>
        <w:t>«Главное: помочь попавшим в беду»</w:t>
      </w:r>
    </w:p>
    <w:p>
      <w:r>
        <w:t xml:space="preserve">На таких позициях стоят Мятежник Джек, Дядя Джо и прочие. Они активно обрушиваются с критикой на тех, кто публично отказывается от участия в сборе средств. Такие высказывания снижают поток средств на благотворительность, что очень сильно мешает им собирать их. </w:t>
      </w:r>
    </w:p>
    <w:p>
      <w:r>
        <w:t>Приверженцы этого принципа прямо заявляют, что если от благотворительности и будет какая-то польза коммунистическому движению, то это вторичный результат. Самое же главное — проявить гуманизм и помочь людям.</w:t>
      </w:r>
    </w:p>
    <w:p>
      <w:r>
        <w:t>Это не что иное, как проповедь беззубого, абстрактного гуманизма, не имеющего ничего общего с марксистским, классовым пониманием общественных процессов. Неслучайно приверженцы подобной точки зрения в своей аргументации апеллируют к эмоциям, клеймят публично отказавшихся от участия в акции  «людоедами», «нелюдями» и т. п. громкими и эмоциональными словами.</w:t>
      </w:r>
    </w:p>
    <w:p>
      <w:r>
        <w:t xml:space="preserve">Отправлять гуманитарную помощь или нет — личное дело каждого. Было бы глупо огульно выступать против любой помощи обездоленным, но не менее глупо полагать, что такая помощь может </w:t>
      </w:r>
      <w:r>
        <w:rPr>
          <w:i/>
        </w:rPr>
        <w:t>принципиально</w:t>
      </w:r>
      <w:r>
        <w:t xml:space="preserve"> </w:t>
      </w:r>
      <w:r>
        <w:rPr>
          <w:i/>
        </w:rPr>
        <w:t>исправить положение.</w:t>
      </w:r>
    </w:p>
    <w:p>
      <w:r>
        <w:t>На протяжении всей истории существования капитализма — и в целом классового периода истории человечества — люди неоднократно оказывались под угрозой нищеты и голодной смерти, терпели лишения и страдания из-за войн и бедствий. И каждый раз причиной человеческих лишений и страданий являлись конкретные общественные отношения, которые господствовали в тот или иной период истории.</w:t>
      </w:r>
    </w:p>
    <w:p>
      <w:r>
        <w:t xml:space="preserve">Стоять на марксистских позициях не означает абстрактно сочувствовать всем, попавшим в беду и стремиться во что бы то ни стало помочь им пожертвованиями. Если бы только в этом заключалась теория марксизма, то не нужно было бы придумывать никакое новое учение, а достаточно было бы оставаться на позициях абстрактного гуманизма. </w:t>
      </w:r>
    </w:p>
    <w:p>
      <w:r>
        <w:t>Напротив, придерживаться марксистской позиции в подобных общественных вопросах — значит выискивать, объяснять и бороться против материальных причин людских страданий. В эпоху капитализма такой причиной является капиталистический способ производства, порождаемые им эксплуатация труда и военные конфликты за интересы крупного капитала. Следовательно, единственный способ прекратить бедствия — уничтожить капитализм.</w:t>
      </w:r>
    </w:p>
    <w:p>
      <w:r>
        <w:t>Это единственный способ изменить ситуацию. Именно поэтому коммунисты являются истинными гуманистами, а не потому, что помогают всем в любой ситуации. Только последовательная классовая позиция является единственной надежной основой подлинного гуманизма, только она способна раз и навсегда помочь всем обездоленным.</w:t>
      </w:r>
    </w:p>
    <w:p>
      <w:pPr>
        <w:pStyle w:val="Heading1"/>
      </w:pPr>
      <w:r>
        <w:t>III. Как сбор гуманитарной помощи играет на руку буржуазии</w:t>
      </w:r>
    </w:p>
    <w:p>
      <w:r>
        <w:t xml:space="preserve">Сбор гуманитарной помощи очень хорошо содействует буржуазии, играет в пользу её пропаганды: создает положительный образ вокруг действий капиталистического государства и отводит некоторые обвинения в грабительской политике. В противном случае оно бы само не занималось этим в таких масштабах. </w:t>
      </w:r>
    </w:p>
    <w:p>
      <w:r>
        <w:t xml:space="preserve">Новостные издания пестрят множеством заголовков на подобии </w:t>
      </w:r>
      <w:hyperlink r:id="rId26">
        <w:r>
          <w:rPr>
            <w:color w:val="0000FF"/>
            <w:u w:val="single"/>
          </w:rPr>
          <w:t>такого</w:t>
        </w:r>
      </w:hyperlink>
      <w:r>
        <w:t xml:space="preserve">: «Россия со 2 марта доставила на Украину уже 16 805,9 тонн гуманитарной помощи для мирного населения, проведена 941 гуманитарная акция». </w:t>
      </w:r>
    </w:p>
    <w:p>
      <w:r>
        <w:t xml:space="preserve">Из чьих рук бы ни исходила гуманитарная помощь, какими бы идеями ни руководствовались те, кто ее собирает, </w:t>
      </w:r>
      <w:r>
        <w:rPr>
          <w:i/>
        </w:rPr>
        <w:t>объективно</w:t>
      </w:r>
      <w:r>
        <w:t xml:space="preserve"> она служит интересам правящего класса, так как затушевывает последствия разрушительных действий буржуазного правительства.</w:t>
      </w:r>
    </w:p>
    <w:p>
      <w:r>
        <w:t xml:space="preserve">Кроме того, практически вся собранная гуманитарная помощь поступает именно от лица государства и является подспорьем в государственной пропаганде, служит оправданием военных действий, которые являются причиной текущих бедствий. </w:t>
      </w:r>
    </w:p>
    <w:p>
      <w:r>
        <w:t>Агитировать за гуманитарную помощь как за коммунистическую деятельность, объявлять, что единственно значимая деятельность для коммунистов и левых сейчас именно гуманитарная помощь — значит вести линию соглашательства с политикой правящего класса.</w:t>
      </w:r>
    </w:p>
    <w:p>
      <w:r>
        <w:t>Эти деятели могут говорить и думать что угодно, но вся их риторика сводится к простому «вы либо помогаете людям и поэтому являетесь коммунистом на деле, а не на словах, либо не помогаете».</w:t>
      </w:r>
    </w:p>
    <w:p>
      <w:r>
        <w:t>Либо помощь, либо бездействие — так ставят вопрос многие из тех, кто занимается благотворительностью.</w:t>
      </w:r>
    </w:p>
    <w:p>
      <w:r>
        <w:t>«</w:t>
      </w:r>
      <w:r>
        <w:rPr>
          <w:i/>
        </w:rPr>
        <w:t>Тут только два возможных варианта: либо просто помогать тем, кому ты в силах помочь, либо … ничего не делать</w:t>
      </w:r>
      <w:r>
        <w:t xml:space="preserve">» (см. </w:t>
      </w:r>
      <w:hyperlink r:id="rId24">
        <w:r>
          <w:rPr>
            <w:color w:val="0000FF"/>
            <w:u w:val="single"/>
          </w:rPr>
          <w:t>здесь</w:t>
        </w:r>
      </w:hyperlink>
      <w:r>
        <w:t xml:space="preserve"> на 27:15).</w:t>
      </w:r>
    </w:p>
    <w:p>
      <w:r>
        <w:t>«</w:t>
      </w:r>
      <w:r>
        <w:rPr>
          <w:i/>
        </w:rPr>
        <w:t>Не хотите этим заниматься, молча отойдите в сторонку…</w:t>
      </w:r>
      <w:r>
        <w:t xml:space="preserve">»  </w:t>
      </w:r>
    </w:p>
    <w:p>
      <w:r>
        <w:t>«</w:t>
      </w:r>
      <w:r>
        <w:rPr>
          <w:i/>
        </w:rPr>
        <w:t>Не хотите помогать — не помогайте, но хотя бы не мешайте</w:t>
      </w:r>
      <w:r>
        <w:t xml:space="preserve">» (см. </w:t>
      </w:r>
      <w:hyperlink r:id="rId24">
        <w:r>
          <w:rPr>
            <w:color w:val="0000FF"/>
            <w:u w:val="single"/>
          </w:rPr>
          <w:t>здесь</w:t>
        </w:r>
      </w:hyperlink>
      <w:r>
        <w:t xml:space="preserve"> на 18:25).</w:t>
      </w:r>
    </w:p>
    <w:p>
      <w:r>
        <w:t xml:space="preserve">Но это ложное противопоставление.  </w:t>
      </w:r>
    </w:p>
    <w:p>
      <w:r>
        <w:t xml:space="preserve">Люди, которые сейчас яростно защищают идею гуманитарной помощи, сами не сделали практически ничего для дела коммунизма и не могут сделать, так как в большинстве своем являются одиночками, либо аморфными группами с путанными левыми взглядами. </w:t>
      </w:r>
    </w:p>
    <w:p>
      <w:r>
        <w:t>Они считают, что главное «что-то» делать, и из этого как-то родится некая новая левая организация; что нужно прямо сейчас идти в массы и нести им пропаганду марксистской теории, массы от этого должны как-то сами организоваться.</w:t>
      </w:r>
    </w:p>
    <w:p>
      <w:r>
        <w:t>Вся эта идеология схожа с идеологией народников XIX в., агитировавших за то, чтобы «идти в народ» и точно так же заражена идеализмом.</w:t>
      </w:r>
    </w:p>
    <w:p>
      <w:r>
        <w:t>Сама идея гуманитарной помощи вместо планомерной работы по качественному изменению общественного устройства объективно, то есть независимо от желаний занимающихся этим людей, играет на руку буржуазии.</w:t>
      </w:r>
    </w:p>
    <w:p>
      <w:r>
        <w:t xml:space="preserve">Вместо участия в создании коммунистической партии данные люди занимаются, в лучшем случае, помощью нуждающимся. В худшем — закатывают </w:t>
      </w:r>
      <w:hyperlink r:id="rId27">
        <w:r>
          <w:rPr>
            <w:color w:val="0000FF"/>
            <w:u w:val="single"/>
          </w:rPr>
          <w:t>истерику</w:t>
        </w:r>
      </w:hyperlink>
      <w:r>
        <w:t xml:space="preserve">. </w:t>
      </w:r>
    </w:p>
    <w:p>
      <w:r>
        <w:t xml:space="preserve">Войны, голод, нищета — все это будет существовать до тех пор, пока существует капитализм. Можно пытаться помочь наиболее пострадавшим людям. Но занимаясь этим </w:t>
      </w:r>
      <w:r>
        <w:rPr>
          <w:i/>
        </w:rPr>
        <w:t>вместо</w:t>
      </w:r>
      <w:r>
        <w:t xml:space="preserve"> коммунистической работы, мы не положим конец вооруженным конфликтам, нищете и голоду. С этой точки зрения эмоциональные выпады в стиле: «там сейчас люди погибают, а вы бездействуете» неминуемо блекнут. Желают «гуманисты» этого или нет, но объективно они потакают правящему классу.</w:t>
      </w:r>
    </w:p>
    <w:p>
      <w:r>
        <w:t xml:space="preserve">Однако кроме косвенной, несознательной помощи государству, некоторые деятели не видят ничего плохого и в прямой поддержке буржуазных государств, в виде помощи военнослужащим РФ и ЛДНР. </w:t>
      </w:r>
    </w:p>
    <w:p>
      <w:r>
        <w:t xml:space="preserve">Максим Бендус: </w:t>
      </w:r>
    </w:p>
    <w:p>
      <w:r>
        <w:t xml:space="preserve">«… А кому это еще делать, если не нам? Если не нам им помогать, то кому еще? Потому что они постоянно в этом нуждаются: карематы, спальники  форму, бывает, подвозим им нормальную…» (см. </w:t>
      </w:r>
      <w:hyperlink r:id="rId16">
        <w:r>
          <w:rPr>
            <w:color w:val="0000FF"/>
            <w:u w:val="single"/>
          </w:rPr>
          <w:t>здесь</w:t>
        </w:r>
      </w:hyperlink>
      <w:r>
        <w:t xml:space="preserve"> на 1:29:30).</w:t>
      </w:r>
    </w:p>
    <w:p>
      <w:r>
        <w:t xml:space="preserve">Группа с левой риторикой «План Б» выложила </w:t>
      </w:r>
      <w:hyperlink r:id="rId28">
        <w:r>
          <w:rPr>
            <w:color w:val="0000FF"/>
            <w:u w:val="single"/>
          </w:rPr>
          <w:t>отчет</w:t>
        </w:r>
      </w:hyperlink>
      <w:r>
        <w:t xml:space="preserve"> о помощи «Народной милиции ЛНР». </w:t>
      </w:r>
    </w:p>
    <w:p>
      <w:r>
        <w:t xml:space="preserve">Мятежник Джек: «Я поддерживаю всех, кто собирает на народную милицию ДНР и ЛНР» (см. </w:t>
      </w:r>
      <w:hyperlink r:id="rId29">
        <w:r>
          <w:rPr>
            <w:color w:val="0000FF"/>
            <w:u w:val="single"/>
          </w:rPr>
          <w:t>здесь</w:t>
        </w:r>
      </w:hyperlink>
      <w:r>
        <w:t xml:space="preserve"> на 1:03:50). </w:t>
      </w:r>
    </w:p>
    <w:p>
      <w:r>
        <w:t>Что это, как не прямая поддержка курса правящего класса?</w:t>
      </w:r>
    </w:p>
    <w:p>
      <w:r>
        <w:t>Люди погибают не только в Украине, и не только в 2022 г., и не только в ходе военных действий. Наша цель — исправить такое положение в принципе, а не помочь наиболее пострадавшим от империалистической политики. Для подобной деятельности существуют благотворительные организации, а коммунистическое движение не является таковой.</w:t>
      </w:r>
    </w:p>
    <w:p>
      <w:pPr>
        <w:pStyle w:val="Heading1"/>
      </w:pPr>
      <w:r>
        <w:t>Заключение</w:t>
      </w:r>
    </w:p>
    <w:p>
      <w:r>
        <w:t xml:space="preserve">Гуманитарная помощь не может быть основной деятельностью коммунистической организации ни в какие времена. Не может быть и одним из видов ее деятельности в текущее время. </w:t>
      </w:r>
    </w:p>
    <w:p>
      <w:r>
        <w:t>Её сбор не способен объединить разобщенное левое движение: во-первых, этого недостаточно для его объединения; во-вторых, в основе такой акции лежит абстрактный, внеклассовый принцип гуманизма. Такие призывы лишь отвлекают от настоящей, необходимой работы по созданию партии пролетариата.</w:t>
      </w:r>
    </w:p>
    <w:p>
      <w:r>
        <w:t>Заниматься гуманитарной помощью ради пропаганды коммунизма не имеет смысла, так как вся она, так или иначе, проходит через руки государства и используется в его целях.</w:t>
      </w:r>
    </w:p>
    <w:p>
      <w:r>
        <w:t>Проводники и сторонники данной идеи — мелкобуржуазные элементы, которым чужда последовательная марксистская позиция. Под видом благого начала ими продвигается откровенно обывательская, мещанская позиция, граничащая с истерией.</w:t>
      </w:r>
    </w:p>
    <w:p>
      <w:r>
        <w:t xml:space="preserve">Значит ли это, что коммунисты против гуманитарной помощи вообще? Нет, не значит. Нуждающимся людям действительно нужна помощь, и её следует своевременно оказывать. </w:t>
      </w:r>
    </w:p>
    <w:p>
      <w:r>
        <w:t xml:space="preserve">Коммунисты же говорят о том, что недопустимо связывать с ней надежды на уничтожение неравенства, нищеты или других бедствий. Все они носят общественный характер и порождаются, стало быть, общественными материальными причинами. </w:t>
      </w:r>
    </w:p>
    <w:p>
      <w:r>
        <w:t>Если вы действительно хотите помочь попавшим в беду, вам следует присоединиться к организованной классовой борьбе за установление социалистического строя. Только при такой организации общества раз и навсегда будут уничтожены явления, которые вызывают необходимость в сборе гуманитарной помощи.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ommunisty_i_blagotvotitelnost" TargetMode="External"/><Relationship Id="rId11" Type="http://schemas.openxmlformats.org/officeDocument/2006/relationships/hyperlink" Target="https://www.rbc.ru/politics/24/03/2022/623c933e9a7947639882d088" TargetMode="External"/><Relationship Id="rId12" Type="http://schemas.openxmlformats.org/officeDocument/2006/relationships/hyperlink" Target="https://rbc-ru.turbopages.org/turbo/rbc.ru/s/society/02/05/2022/626f0f749a794742c6db873e" TargetMode="External"/><Relationship Id="rId13" Type="http://schemas.openxmlformats.org/officeDocument/2006/relationships/hyperlink" Target="https://vk.com/mpre_view?w=wall-66283435_2056051" TargetMode="External"/><Relationship Id="rId14" Type="http://schemas.openxmlformats.org/officeDocument/2006/relationships/hyperlink" Target="https://vk.com/mpre_view?w=wall-66283435_2085050" TargetMode="External"/><Relationship Id="rId15" Type="http://schemas.openxmlformats.org/officeDocument/2006/relationships/hyperlink" Target="https://www.youtube.com/watch?v=QaSsZX4yx94" TargetMode="External"/><Relationship Id="rId16" Type="http://schemas.openxmlformats.org/officeDocument/2006/relationships/hyperlink" Target="https://www.youtube.com/watch?v=sr8-BQON91o" TargetMode="External"/><Relationship Id="rId17" Type="http://schemas.openxmlformats.org/officeDocument/2006/relationships/hyperlink" Target="https://www.youtube.com/watch?v=vwVQKfMbgoA" TargetMode="External"/><Relationship Id="rId18" Type="http://schemas.openxmlformats.org/officeDocument/2006/relationships/hyperlink" Target="https://vk.com/wall-147353381_159670" TargetMode="External"/><Relationship Id="rId19" Type="http://schemas.openxmlformats.org/officeDocument/2006/relationships/hyperlink" Target="https://youtu.be/6J8qOVRWUe8" TargetMode="External"/><Relationship Id="rId20" Type="http://schemas.openxmlformats.org/officeDocument/2006/relationships/hyperlink" Target="https://youtu.be/aPQpyxz3WY4" TargetMode="External"/><Relationship Id="rId21" Type="http://schemas.openxmlformats.org/officeDocument/2006/relationships/hyperlink" Target="https://politsturm.com/k-kritike-burzhuaznogo-professora-ch-1/" TargetMode="External"/><Relationship Id="rId22" Type="http://schemas.openxmlformats.org/officeDocument/2006/relationships/hyperlink" Target="https://politsturm.com/k-kritike-soyuza-marksistov/" TargetMode="External"/><Relationship Id="rId23" Type="http://schemas.openxmlformats.org/officeDocument/2006/relationships/hyperlink" Target="https://m.vk.com/wall-65210882_49786" TargetMode="External"/><Relationship Id="rId24" Type="http://schemas.openxmlformats.org/officeDocument/2006/relationships/hyperlink" Target="https://www.youtube.com/watch?v=6J8qOVRWUe8" TargetMode="External"/><Relationship Id="rId25" Type="http://schemas.openxmlformats.org/officeDocument/2006/relationships/hyperlink" Target="https://youtu.be/SCcQow4KfBc" TargetMode="External"/><Relationship Id="rId26" Type="http://schemas.openxmlformats.org/officeDocument/2006/relationships/hyperlink" Target="https://ria-ru.turbopages.org/ria.ru/s/20220430/gumpomosch-1786394545.html" TargetMode="External"/><Relationship Id="rId27" Type="http://schemas.openxmlformats.org/officeDocument/2006/relationships/hyperlink" Target="https://vk.com/wall-147353381_157569" TargetMode="External"/><Relationship Id="rId28" Type="http://schemas.openxmlformats.org/officeDocument/2006/relationships/hyperlink" Target="https://m.vk.com/wall-204749364_10493" TargetMode="External"/><Relationship Id="rId29" Type="http://schemas.openxmlformats.org/officeDocument/2006/relationships/hyperlink" Target="https://youtu.be/vwVQKfMbg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