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Коммунисты спасли Россию: НЭП. Правда об "эпохе бизнеса" в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2021-02-11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mmunisty-spasli-rossiyu-nep-pravda-ob-epoxe-biznesa-v-ss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