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Коммунисты спасли Россию: интервенция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2020-02-28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ommunisty-spasli-rossiyu-intervenci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