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Ко Дню космонавтики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2018-04-12</w:t>
      </w:r>
    </w:p>
    <w:p>
      <w:pPr/>
      <w:r>
        <w:t>11 мин. на чтение</w:t>
      </w:r>
    </w:p>
    <w:p>
      <w:r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>
      <w:r>
        <w:t xml:space="preserve">Ровно 57 лет назад  впервые в истории человечества был осуществлен полет человека в космос. </w:t>
      </w:r>
    </w:p>
    <w:p>
      <w:r>
        <w:t xml:space="preserve">12 апреля 1961 года в Советском Союзе выведен на орбиту Земли первый в мире космический корабль «Восток» с человеком на борту. Беспримерная победа людей над силами природы, эпохальное завоевание науки и техники, торжество разума и прогресса, триумф советского народа и социализма. Вне всяких сомнений, это событие ознаменовало начало новой – космической эры человечества. </w:t>
      </w:r>
    </w:p>
    <w:p>
      <w:r>
        <w:t xml:space="preserve">Но сегодня космонавтика совсем иная, нежели раньше. Время колоссальных открытий, гениальных конструкторов и смелых решений тихо ушло в небытие вместе с великой страной и социалистической системой. На смену им пришли хладнокровные и расчетливые бизнесмены, превратившие некогда передовую отрасль – воплощение мечты человечества – в всего лишь статью дохода. </w:t>
      </w:r>
    </w:p>
    <w:p>
      <w:r>
        <w:t xml:space="preserve">Какое будущее ждёт космонавтику и есть ли у неё шанс ? </w:t>
      </w:r>
    </w:p>
    <w:p>
      <w:pPr>
        <w:pStyle w:val="Heading3"/>
      </w:pPr>
      <w:r>
        <w:t>//   Старт космической эры</w:t>
      </w:r>
    </w:p>
    <w:p>
      <w:r>
        <w:rPr>
          <w:b/>
        </w:rPr>
        <w:t>Космическая программа СССР берет свое начало в 1921 году</w:t>
      </w:r>
      <w:r>
        <w:t xml:space="preserve"> </w:t>
      </w:r>
      <w:r>
        <w:t>с</w:t>
      </w:r>
      <w:r>
        <w:t xml:space="preserve"> </w:t>
      </w:r>
      <w:r>
        <w:t xml:space="preserve">основания </w:t>
      </w:r>
      <w:r>
        <w:t>Газодинамической лаборатории</w:t>
      </w:r>
      <w:r>
        <w:t xml:space="preserve"> при </w:t>
      </w:r>
      <w:r>
        <w:t>РККА</w:t>
      </w:r>
      <w:r>
        <w:t xml:space="preserve">, которая в </w:t>
      </w:r>
      <w:r>
        <w:t>1933 году</w:t>
      </w:r>
      <w:r>
        <w:t xml:space="preserve"> вошла в состав </w:t>
      </w:r>
      <w:r>
        <w:t>Реактивного института</w:t>
      </w:r>
      <w:r>
        <w:t xml:space="preserve"> при </w:t>
      </w:r>
      <w:r>
        <w:t>Наркомате тяжелой промышленности СССР</w:t>
      </w:r>
      <w:r>
        <w:t xml:space="preserve">, а с </w:t>
      </w:r>
      <w:r>
        <w:t>1955 года</w:t>
      </w:r>
      <w:r>
        <w:t xml:space="preserve"> по </w:t>
      </w:r>
      <w:r>
        <w:t>1991 год</w:t>
      </w:r>
      <w:r>
        <w:t xml:space="preserve"> </w:t>
      </w:r>
      <w:r>
        <w:t>Министерство общего машиностроения СССР</w:t>
      </w:r>
      <w:r>
        <w:t xml:space="preserve"> координировало работу всех предприятий и научных организаций занятых созданием ракетно-космической техники.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91892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189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Константин Эдуардович Циолковский</w:t>
      </w:r>
    </w:p>
    <w:p>
      <w:r>
        <w:rPr>
          <w:b/>
        </w:rPr>
        <w:t>Своим возникновением научная теория космических перелётов обязана Константину Эдуардовичу Циолковскому.</w:t>
      </w:r>
      <w:r>
        <w:t xml:space="preserve"> </w:t>
      </w:r>
      <w:r>
        <w:t>Им были открыты основные направления развития техники межпланетных полетов</w:t>
      </w:r>
      <w:r>
        <w:rPr>
          <w:b/>
        </w:rPr>
        <w:t xml:space="preserve">. В 20-30-х годах в </w:t>
      </w:r>
      <w:r>
        <w:t xml:space="preserve">Советском Союзе образовался коллектив выдающихся конструкторов и ученых, которые горячо верили в осуществимость идей космических полетов и упорно работали над их развитием и претворением в жизнь. </w:t>
      </w:r>
      <w:r>
        <w:rPr>
          <w:b/>
        </w:rPr>
        <w:t>Их инициатива получила поддержку коммунистической партии и советского правительства.</w:t>
      </w:r>
    </w:p>
    <w:p>
      <w:pPr>
        <w:pStyle w:val="Heading3"/>
      </w:pPr>
      <w:r>
        <w:t>//  О достижениях социализма в космосе</w:t>
      </w:r>
    </w:p>
    <w:p>
      <w:r>
        <w:t>Советский Союз первым запустил межконтинентальную баллистическую ракету. Два года интенсивной работы потребовалось</w:t>
      </w:r>
      <w:r>
        <w:t xml:space="preserve"> советским специалистам</w:t>
      </w:r>
      <w:r>
        <w:t xml:space="preserve"> для того, чтобы удачно запустить первый искусственный спутник. В кратчайшие сроки удалось создать современную на тот период ракету-носитель. Был осуществлен полет космического корабля к Венере и Марсу. Один за другим советские корабли-спутники  с живыми существами на борту совершали полеты в космос и возвращались на Землю.</w:t>
      </w:r>
    </w:p>
    <w:p>
      <w:r>
        <w:rPr>
          <w:b/>
          <w:color w:val="FF0000"/>
        </w:rPr>
        <w:t>Ошибка при загрузке изображения</w:t>
      </w:r>
    </w:p>
    <w:p>
      <w:r>
        <w:rPr>
          <w:b/>
        </w:rPr>
        <w:t xml:space="preserve">Венцом  в освоении космоса </w:t>
      </w:r>
      <w:r>
        <w:t xml:space="preserve">явился триумфальный </w:t>
      </w:r>
      <w:r>
        <w:rPr>
          <w:b/>
        </w:rPr>
        <w:t xml:space="preserve">полет советского человека  на космическом корабле вокруг Земли. </w:t>
      </w:r>
      <w:r>
        <w:t xml:space="preserve">Весь мир облетели знаменитые слова  Юрия Гагарина перед стартом ракеты: “Поехали!”. </w:t>
      </w:r>
    </w:p>
    <w:p>
      <w:r>
        <w:t xml:space="preserve">Это достижение стало наглядной демонстрацией преимущества социализма перед капитализмом и дало старт “космической гонке”, в которой капиталисты пытались “догнать” ушедшее вперед государство рабочих и крестьян. За весь период с 1957 по 1989 год СССР совершил 2313 запусков ракет, США за тот же период – лишь 1012 запусков. 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64026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402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rPr>
          <w:b/>
        </w:rPr>
        <w:t>В прошлом царская Россия  не могла и мечтать</w:t>
      </w:r>
      <w:r>
        <w:t xml:space="preserve"> о совершении таких подвигов в борьбе за прогресс, о соревновании с более развитыми в техническом отношении странами. Но благодаря Октябрьской революции, открывшей путь таким гениальным учёным как Циолковский, Королёв, Глушко, </w:t>
      </w:r>
      <w:r>
        <w:t xml:space="preserve">Лозино-Лозинский и </w:t>
      </w:r>
      <w:r>
        <w:t>многим другим</w:t>
      </w:r>
      <w:r>
        <w:t xml:space="preserve">, – </w:t>
      </w:r>
      <w:r>
        <w:t>тысячелетняя мечта многих поколений стала явью наших дней.</w:t>
      </w:r>
    </w:p>
    <w:p>
      <w:pPr>
        <w:pStyle w:val="Heading3"/>
      </w:pPr>
      <w:r>
        <w:t>// Российская космонавтика</w:t>
      </w:r>
    </w:p>
    <w:p>
      <w:r>
        <w:rPr>
          <w:b/>
        </w:rPr>
        <w:t xml:space="preserve">Российская космонавтика сегодня </w:t>
      </w:r>
      <w:r>
        <w:t>представляет собою жалкое зрелище. В результате «перестройки» и перевода социалистической экономики на капиталистические рельсы, в стране  начались серьезные проблемы. К концу 1991 года, после разрушения Советского Союза, космическая программа была частично свернута, расходы сокращены. Многие завоевания советской космонавтики были потеряны и распроданы. Космическая отрасль деградирует в рамках каждой отдельной “национальной квартиры”.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3246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246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Так, на развитие космонавтики на 2017–2018 годы Минфин РФ выделил $1,5 млрд на каждый год</w:t>
      </w:r>
      <w:r>
        <w:t xml:space="preserve"> – это сущие гроши</w:t>
      </w:r>
      <w:r>
        <w:t xml:space="preserve"> для отрасли такого рода. </w:t>
      </w:r>
      <w:r>
        <w:rPr>
          <w:b/>
        </w:rPr>
        <w:t>Согласно Федеральной космической программе на 2016-2025 годы,</w:t>
      </w:r>
      <w:r>
        <w:t xml:space="preserve"> основная деятельность будет направлена на увеличение орбитальной группировки и создание различных космических комплексов.</w:t>
      </w:r>
      <w:r>
        <w:t>В бригаде российских космонавтов на сегодняшний день остается 31 человек, и только немногие из них могут передать опыт новичкам.</w:t>
      </w:r>
    </w:p>
    <w:p>
      <w:r>
        <w:t>На этом фоне</w:t>
      </w:r>
      <w:r>
        <w:t xml:space="preserve"> </w:t>
      </w:r>
      <w:r>
        <w:t xml:space="preserve">совершенно </w:t>
      </w:r>
      <w:r>
        <w:t>“</w:t>
      </w:r>
      <w:r>
        <w:t>фантастической</w:t>
      </w:r>
      <w:r>
        <w:t>”</w:t>
      </w:r>
      <w:r>
        <w:t xml:space="preserve"> выглядит принятая правительством </w:t>
      </w:r>
      <w:r>
        <w:rPr>
          <w:b/>
        </w:rPr>
        <w:t xml:space="preserve">Федеральная программа по исследованию космоса </w:t>
      </w:r>
      <w:r>
        <w:t>сроком на 9 лет.  Её цель сформулирована так:</w:t>
      </w:r>
      <w:r>
        <w:rPr>
          <w:b/>
          <w:i/>
        </w:rPr>
        <w:t xml:space="preserve"> «Программа предусматривает создание необходимого задела для полномасштабного исследования Луны после 2025 года и осуществление к 2030 году высадки человека на Луну»</w:t>
      </w:r>
      <w:r>
        <w:t>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88915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891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Таким образом,  космонавты капиталистической РФ должны полететь на Луну </w:t>
      </w:r>
      <w:r>
        <w:t xml:space="preserve"> только</w:t>
      </w:r>
      <w:r>
        <w:t xml:space="preserve">  через 12 лет, хотя  еще в далеком 1959 году первая станция Советского Союза уже достигла поверхности Луны, </w:t>
      </w:r>
      <w:r>
        <w:t xml:space="preserve">сделала  фото обратной стороны Луны, </w:t>
      </w:r>
      <w:r>
        <w:t>а в 1959 году,</w:t>
      </w:r>
      <w:r>
        <w:t xml:space="preserve"> совершив мягкую посадку, провела  фотосъемку лунной поверхности. В 1970 году первый в мире луноход-марсоход-планетоход  провел обследование поверхности Луны и впервые был доставлен лунный грунт на Землю.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8293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293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Первый лунный самоходный аппарат “Луноход-1”</w:t>
      </w:r>
    </w:p>
    <w:p>
      <w:r>
        <w:t xml:space="preserve">В 1966 году советский спутник достиг Венеры, а в 1971 году – Марса. Результатом космических разработок в СССР </w:t>
      </w:r>
      <w:r>
        <w:t xml:space="preserve">в октябре 1957 </w:t>
      </w:r>
      <w:r>
        <w:t xml:space="preserve">стал </w:t>
      </w:r>
      <w:r>
        <w:t xml:space="preserve">запуск первого спутника Земли, в ноябре этого же года был запущен аппарат с живым существом, и наконец 12 апреля 1961 года осуществлен первый полет человека в космос. </w:t>
      </w:r>
      <w:r>
        <w:rPr>
          <w:b/>
        </w:rPr>
        <w:t>И это только за 6 лет!</w:t>
      </w:r>
    </w:p>
    <w:p>
      <w:r>
        <w:t>Крайне сомнительно, что к 2030 году буржуазное правительство России отправит человека на Луну, по большему счету подобные заявления делаются с пропагандистскими целями. Зато есть абсолютная уверенность в том, что продолжится</w:t>
      </w:r>
      <w:r>
        <w:t xml:space="preserve"> </w:t>
      </w:r>
      <w:r>
        <w:t xml:space="preserve">политика “закручивания гаек” в отношении рабочих людей: сокращение прожиточного минимума, запрет на критику вышестоящих лиц, повышения тарифов, введение новых налогов, усиление полицейского давления и т.д. </w:t>
      </w:r>
    </w:p>
    <w:p>
      <w:r>
        <w:t xml:space="preserve">Крупный капитал не считает необходимым вкладывать средства в развитие крайне рискованной и уже практически неконкурентоспособной космической отрасли. Главную угрозу себе и пресловутой “стабильности”  российская буржуазия видит со стороны трудового народа, поэтому главные усилия правительства – единого центра управления делами капиталистов – направлены на финансирование буржуазной армии и органов репрессивного подавления трудящихся (Нацгвардия, ФСБ и т.п.), и прежде всего, за счет средств Федерального бюджета,  60% которого формируется от перечислений налогоплательщиков, </w:t>
      </w:r>
      <w:r>
        <w:t xml:space="preserve">преимущественно </w:t>
      </w:r>
      <w:r>
        <w:t>рабочих.</w:t>
      </w:r>
    </w:p>
    <w:p>
      <w:pPr>
        <w:pStyle w:val="Heading3"/>
      </w:pPr>
      <w:r>
        <w:t xml:space="preserve">// Зарубежная космонавтика </w:t>
      </w:r>
    </w:p>
    <w:p>
      <w:r>
        <w:t xml:space="preserve">В феврале 2018  был произведен запуск сверхтяжёлой ракеты Falcon Heavy, созданной компанией SpaceX Илона Маска. На её борту находился электромобиль марки Tesla. </w:t>
      </w:r>
      <w:r>
        <w:t xml:space="preserve">Проплаченные буржуазные СМИ преподнесли это как сенсацию, выдавая данное рядовое событие за крупное достижение в области науки.  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7432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Tesla в космосе</w:t>
      </w:r>
    </w:p>
    <w:p>
      <w:r>
        <w:t xml:space="preserve">Безусловно, никто не отрицает тот факт, что американские учёные и инженеры прекрасно справились с поставленной задачей и смогли разработать </w:t>
      </w:r>
      <w:r>
        <w:t>новую ракету-носитель.</w:t>
      </w:r>
      <w:r>
        <w:t xml:space="preserve"> Но плодами их трудов пользуется не все общество, а кучка собственников – капиталистов. Достижения SpaceX на практике означают только одно</w:t>
      </w:r>
      <w:r>
        <w:t>:</w:t>
      </w:r>
      <w:r>
        <w:t xml:space="preserve"> теперь у американской буржуазии есть все шансы потеснить на рынке космической индустрии своих конкурентов из Европы, Китая и РФ. </w:t>
      </w:r>
    </w:p>
    <w:p>
      <w:r>
        <w:t>Как и любой представитель класса капиталистов, Илон Маск использовал труд тысяч своих сотрудников</w:t>
      </w:r>
      <w:r>
        <w:t xml:space="preserve">, </w:t>
      </w:r>
      <w:r>
        <w:t>работающих сверхурочно</w:t>
      </w:r>
      <w:r>
        <w:t>,</w:t>
      </w:r>
      <w:r>
        <w:t xml:space="preserve"> по 60-70 часов в неделю для того, чтобы отправить кабриолет в космический утиль ради пиара принадлежащих ему компаний, таких как PayPal, SpaceX, Tesla. </w:t>
      </w:r>
    </w:p>
    <w:p>
      <w:r>
        <w:t>После запуска машины в космос популярность марки Tesla и остальных брендов Маска возросли в разы, благодаря чему сам “гений-бизнесмен” и акционеры получат очередные сверхприбыли. Достижение Маска? Безусловно. Но не в космической индустрии, а в маркетинге, в котором главное лицо SpaceX и вправду преуспел.</w:t>
      </w:r>
    </w:p>
    <w:p>
      <w:r>
        <w:rPr>
          <w:b/>
          <w:color w:val="FF0000"/>
        </w:rPr>
        <w:t>Ошибка при загрузке изображения</w:t>
      </w:r>
    </w:p>
    <w:p>
      <w:r>
        <w:t>В действительности</w:t>
      </w:r>
      <w:r>
        <w:t xml:space="preserve"> </w:t>
      </w:r>
      <w:r>
        <w:t>Маск есть не просто долларовый миллиардер, представитель крупной буржуазии</w:t>
      </w:r>
      <w:r>
        <w:t xml:space="preserve"> – </w:t>
      </w:r>
      <w:r>
        <w:t xml:space="preserve">это распиаренный символ капитализма, “положительный” образ для подражания подрастающему поколению, своеобразная буржуазная икона для поклонения. Как и  сам руководитель SpaceX, </w:t>
      </w:r>
      <w:r>
        <w:t xml:space="preserve">так и </w:t>
      </w:r>
      <w:r>
        <w:t xml:space="preserve">все апологеты капиталистической системы постоянно внушают </w:t>
      </w:r>
      <w:r>
        <w:t xml:space="preserve">массам  </w:t>
      </w:r>
      <w:r>
        <w:t>мысль о том</w:t>
      </w:r>
      <w:r>
        <w:t>, что Маск “своим кропотливом трудом” добился успеха,  хотя весь “кропотливый труд” капиталиста заключается именно в том, что он присваивает себе труд других людей.</w:t>
      </w:r>
    </w:p>
    <w:p>
      <w:r>
        <w:t>Что же касается самой компании SpaceX, то</w:t>
      </w:r>
      <w:r>
        <w:t>,</w:t>
      </w:r>
      <w:r>
        <w:t xml:space="preserve"> судя по заключенным контрактам</w:t>
      </w:r>
      <w:r>
        <w:t>,</w:t>
      </w:r>
      <w:r>
        <w:t xml:space="preserve"> она обслуживает, в первую очередь, армию и государственную корпорацию НАСА. Таким образом, под ширмой “независимой частной космонавтики”, буржуазное государство снимает с себя  ответственность за неудачи в космических исследованиях в глазах мирового сообщества и скрывает свои расходы от налогоплательщиков.</w:t>
      </w:r>
    </w:p>
    <w:p>
      <w:pPr>
        <w:pStyle w:val="Heading3"/>
      </w:pPr>
      <w:r>
        <w:t>// Почему космонавтика стремительно погибает при капитализме?</w:t>
      </w:r>
    </w:p>
    <w:p>
      <w:r>
        <w:t xml:space="preserve">Кризис капитализма нарастает с каждым днём. </w:t>
      </w:r>
      <w:r>
        <w:t xml:space="preserve">Более того, мы наблюдаем его агонию. Надежд на дальнейшее развитие человечества в рамках капиталистической системы  нет. </w:t>
      </w:r>
      <w:r>
        <w:t xml:space="preserve">На деле видна лишь имитация достижений, фальсификация научных проектов, показуха и трата денег на дешевые и опасные технологические наработки. </w:t>
      </w:r>
    </w:p>
    <w:p>
      <w:r>
        <w:t xml:space="preserve">Почему же капитализм не может сделать точно такой же прорыв сейчас, </w:t>
      </w:r>
      <w:r>
        <w:t>а  Советский Союз смог добиться величайших успехов в космонавтике за одно десятилетие</w:t>
      </w:r>
      <w:r>
        <w:t xml:space="preserve">? Ответ кроется в основном противоречии капиталистической системы. </w:t>
      </w:r>
      <w:r>
        <w:t xml:space="preserve">Для класса капиталистов главное – получить </w:t>
      </w:r>
      <w:r>
        <w:t>прибыль от эксплуатации человека человеком.</w:t>
      </w:r>
    </w:p>
    <w:p>
      <w:r>
        <w:t xml:space="preserve">Империализм, как последняя стадия капитализма, является тормозом в развитии технологий. </w:t>
      </w:r>
      <w:r>
        <w:t>Высокая концентрация производства и капитала привели к созданию монополий, играющих важнейшую</w:t>
      </w:r>
      <w:r>
        <w:t xml:space="preserve">  роль в хозяйственной жизни. Примером служат все компании Илона Маска, которые находятся под одним его управлением. “</w:t>
      </w:r>
      <w:r>
        <w:t>Свободная” конкуренция в полном её обличии предполагает, в первую очередь, уничтожение других конкурентов ради своего “места под солнцем” и извлечение максимальной прибыли.</w:t>
      </w:r>
    </w:p>
    <w:p>
      <w:r>
        <w:t>После крушения Советского Союза у капиталистических космических компаний исчезли стимулы к развитию, ведь главного конкурента в лице СССР больше нет, а внутренний рынок и так ими монополизирован. При таком раскладе космонавтика никогда не даст должный импульс, а будет лишь стремительно погибать.</w:t>
      </w:r>
    </w:p>
    <w:p>
      <w:r>
        <w:t>В этой конкуренции буржуа н</w:t>
      </w:r>
      <w:r>
        <w:t xml:space="preserve">е ставит перед собой </w:t>
      </w:r>
      <w:r>
        <w:t xml:space="preserve"> высшую цель – развитие общества, </w:t>
      </w:r>
      <w:r>
        <w:t>его дальнейший технологический  прорыв</w:t>
      </w:r>
      <w:r>
        <w:t xml:space="preserve">, </w:t>
      </w:r>
      <w:r>
        <w:t>концентрацию всех средств</w:t>
      </w:r>
      <w:r>
        <w:t xml:space="preserve"> производства в одно мощное русло, </w:t>
      </w:r>
      <w:r>
        <w:t xml:space="preserve">чтобы сделать жизнь на Земле лучше. </w:t>
      </w:r>
    </w:p>
    <w:p>
      <w:r>
        <w:t>Нет, капиталист – это потребитель и эксплуататор, который действует в соответствии с принципом постоянного увеличения собственного капитала.  Именно поэтому при капитализме невозможен технологический прорыв в космонавтике аналогичный советскому, так как в обществе потребления,</w:t>
      </w:r>
      <w:r>
        <w:t xml:space="preserve"> в условиях </w:t>
      </w:r>
      <w:r>
        <w:t>смертоносной конкуренции</w:t>
      </w:r>
      <w:r>
        <w:t>,</w:t>
      </w:r>
      <w:r>
        <w:t xml:space="preserve"> капиталисты всегда будут </w:t>
      </w:r>
      <w:r>
        <w:t>бежать по замкнутому кругу, преследуя лишь одну цель – обогатиться, набить свои карманы.</w:t>
      </w:r>
    </w:p>
    <w:p>
      <w:pPr>
        <w:pStyle w:val="Heading3"/>
      </w:pPr>
      <w:r>
        <w:t xml:space="preserve">// Единственный путь  </w:t>
      </w:r>
    </w:p>
    <w:p>
      <w:r>
        <w:t xml:space="preserve">Космонавтика – это </w:t>
      </w:r>
      <w:r>
        <w:t>грандиозный</w:t>
      </w:r>
      <w:r>
        <w:t xml:space="preserve"> инструмент изучения Вселенной, Земли, самого человека. С каждым днем все более расширяется сфера прикладного использования космонавтики. Служба погоды, навигация, спасение людей и спасение лесов, всемирное телевидение, всеобъемлющая связь, сверхчистые лекарства и полупроводники с орбиты, самая передовая технология – это уже и сегодняшний день, и очень близкий завтрашний день космонавтики. А впереди – электростанции в космосе, удаление вредных производств с поверхности планеты, заводы на околоземной орбите и Луне. И многое</w:t>
      </w:r>
      <w:r>
        <w:t>,</w:t>
      </w:r>
      <w:r>
        <w:t xml:space="preserve"> многое другое.</w:t>
      </w:r>
    </w:p>
    <w:p>
      <w:r>
        <w:t>У человека есть законное желание стремиться к звёздам. Но, чтобы прийти к звёздам, сначала</w:t>
      </w:r>
      <w:r>
        <w:t xml:space="preserve"> нам нужно навести порядок на своей планете Земля, </w:t>
      </w:r>
      <w:r>
        <w:t xml:space="preserve">пройти очень сложный и ответственный путь борьбы за уничтожение капиталистического </w:t>
      </w:r>
      <w:r>
        <w:t>мироустройства.</w:t>
      </w:r>
      <w:r>
        <w:t xml:space="preserve">  Это долгий и упорный путь, на который потребуются, возможно, десятилетия кропотливых усилий, но без него развитие человеческой цивилизации дальше невозможно.</w:t>
      </w:r>
    </w:p>
    <w:p/>
    <w:p>
      <w:r>
        <w:rPr>
          <w:b/>
          <w:color w:val="FF0000"/>
        </w:rPr>
        <w:t>Ошибка при загрузке изображения</w:t>
      </w:r>
    </w:p>
    <w:p>
      <w:r>
        <w:t>Исследование космоса, развитие науки и образования,  биотехнологий и здравоохранения, вопросы продления человеческой жизни – это задачи, которые сможет решить только социалистическое общество. Чтобы достичь желаемого результата</w:t>
      </w:r>
      <w:r>
        <w:t xml:space="preserve">, </w:t>
      </w:r>
      <w:r>
        <w:t xml:space="preserve">необходимо чтобы средства производства стали достоянием общества, а не кучки капиталистов – тогда мы сможем забыть про буржуазную конкуренцию, грызню всех со всеми, сможем сосредоточить усилия человечества в том числе на таких важных целях, как создание новейших космических кораблей для освоения </w:t>
      </w:r>
      <w:r>
        <w:t>С</w:t>
      </w:r>
      <w:r>
        <w:t xml:space="preserve">олнечной системы, поиск внеземных ресурсов для поддержания человеческой жизни на </w:t>
      </w:r>
      <w:r>
        <w:t>З</w:t>
      </w:r>
      <w:r>
        <w:t>емле, а впоследствии –  колонизации пригодных для жизни планет. Ресурсы Земли не бесконечны</w:t>
      </w:r>
      <w:r>
        <w:t>,</w:t>
      </w:r>
      <w:r>
        <w:t xml:space="preserve"> это огромная проблема для человечества, и решить ее капитализм не способен. </w:t>
      </w:r>
    </w:p>
    <w:p>
      <w:r>
        <w:t>Строительство социализма и затем коммунизма – вот единственный способ разрешить многочисленные противоречия буржуазного строя,</w:t>
      </w:r>
      <w:r>
        <w:t xml:space="preserve"> устранить эксплуатацию, угнетение, неравенство, конкуренцию, войны, и в конце концов – отправить человечество к звездам. Поехали!</w:t>
      </w:r>
    </w:p>
    <w:p>
      <w:r>
        <w:br/>
      </w:r>
      <w:r/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ko-dnyu-kosmonavtiki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