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КАК СТАЛИН ПЕРЕИГРАЛ ГИТЛЕРА. Пакт Молотова-Риббентропа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2314575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31457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2019-08-26</w:t>
      </w:r>
    </w:p>
    <w:p>
      <w:pPr/>
    </w:p>
    <w:p/>
    <w:p>
      <w:r>
        <w:rPr>
          <w:b/>
          <w:color w:val="FF0000"/>
        </w:rPr>
        <w:t>Неподдерживаемый элемент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kak-stalin-pereigral-gitlera-pakt-molotova-ribbentrop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