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Инфляция в Белоруссии достигла 17,6%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2022-07-14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Правительство Белоруссии ставило задачу в 2022 году снизить уровень инфляции до 6%. С середины 2021 года сохраняется система жесткого государственного регулирования цен на основные продовольственные и непродовольственные товары.</w:t>
      </w:r>
    </w:p>
    <w:p>
      <w:r>
        <w:t>Вот результат “потуг” чиновников: по данным Национального статистического комитета Белоруссии, относительно показателя июня 2021 года, инфляция в стране достигла 17,6%. За январь — июнь 2022 года цены на продовольственные и непродовольственные товары подорожали на 13,7% и 15,7% соответственно. Сфера услуг — на 8,7%.</w:t>
      </w:r>
    </w:p>
    <w:p>
      <w:r>
        <w:t>Практика показывает, что институт современного государства не может выполнять обещания по сдерживанию инфляции. Таким образом, политики становятся популистами, которые только на словах предпринимают “всевозможные попытки” сдержать инфляцию.</w:t>
      </w:r>
    </w:p>
    <w:p>
      <w:r>
        <w:t>Когда правительство не сдерживает свои обещания, оно утрачивает доверие. Что приводит к смене “менее компетентных” министров и парламентариев на “более компетентных”. А жизнь, тем не менее, продолжает дорожать.</w:t>
      </w:r>
    </w:p>
    <w:p>
      <w:r>
        <w:t>Причины инфляции кроются в капиталистическом способе производства, целью которого является максимальное извлечение прибыли. Но есть социалистический способ производства, целью которого является удовлетворение человеческих потребностей.</w:t>
      </w:r>
    </w:p>
    <w:p>
      <w:r>
        <w:t>Источник: Интерфакс – “Инфляция в Беларуси с начала года составила 13,1%” от 11 июля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inflyaciya-v-belorussii-dostigla-17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