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Гибель медицины в Казахстане. Назарбаев / Токаев / Нур-Отан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2019-09-02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ibel-mediciny-v-kazaxstane-nazarbaev-tokaev-nur-ot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