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Дорожники грозят перекрытием трассы «Алматы - Бишкек» из-за задержки зарплаты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2023-05-25</w:t>
      </w:r>
    </w:p>
    <w:p>
      <w:pPr/>
      <w:r>
        <w:t>2 мин. на чтение</w:t>
      </w:r>
    </w:p>
    <w:p/>
    <w:p>
      <w:r>
        <w:t>Около 200 рабочих компании, занимавшейся ремонтом трассы Алматы - Бишкек, грозят перекрытием дороги и голодовкой в связи с тем, что они не получали зарплату уже два месяца. Также жалуются поставщики запчастей и топлива, так как уже около года не могут получить плату за оказанные услуги. По примерным подсчётам строительная фирма задолжала свыше 500 млн тенге (90 млн рублей). Сама подрядная организация обвиняет в задержке оплаты Комитет автомобильных дорог.</w:t>
      </w:r>
    </w:p>
    <w:p>
      <w:r>
        <w:t>Поставщики горючего и запчастей, водители и дорожники собрались на территории подрядной организации, занимавшейся ремонтом трассы «Алматы - Бишкек» с требованием денег за свои услуги.</w:t>
      </w:r>
    </w:p>
    <w:p>
      <w:pPr>
        <w:pStyle w:val="IntenseQuote"/>
      </w:pPr>
      <w:r>
        <w:t>"С лета прошлого года, когда здесь только начинались работы, трудились 350 человек. С того времени мы занимаемся реконструкцией 42 километров на трассе Алматы – Бишкек. Сейчас осталось только 150 рабочих. И всем этим людям фирма должна. Общая сумма – где-то более 37 миллионов тенге. Это же немалые деньги!" - говорит Айдос Кулбаев, водитель.</w:t>
      </w:r>
    </w:p>
    <w:p>
      <w:r>
        <w:t>Задолжала компания и своим бизнес партнёрам. Не могут добиться выплат с лета прошлого года поставщики топлива и запчастей.</w:t>
      </w:r>
    </w:p>
    <w:p>
      <w:pPr>
        <w:pStyle w:val="IntenseQuote"/>
      </w:pPr>
      <w:r>
        <w:t>"Почти год кормят нас обещаниями. На данный момент общий долг – почти 270 миллионов. Каждый день "завтра" и "завтра", вот так вот. Мы не одна компания крупная, кому они должны большую сумму денег. Так как я сам знаю около пяти-шести компаний", – рассказывает Тимур Жансеитов, предприниматель.</w:t>
      </w:r>
    </w:p>
    <w:p>
      <w:r>
        <w:t>Руководство компании признаёт свои долги, однако заявляет, что вины компании в этом нет, поскольку деньги от заказчика так и не были получены.</w:t>
      </w:r>
    </w:p>
    <w:p>
      <w:pPr>
        <w:pStyle w:val="IntenseQuote"/>
      </w:pPr>
      <w:r>
        <w:t>"В настоящее время деньги не выплачены за март и апрель. С нашей стороны никакой вины нет. Осуществить оплату мы не можем из-за заказчика, так как он нам не перевел средства", – комментирует ситуацию Мустафа Мети, заместитель гендиректора АО Eh Eser Tahhut Ve Sanayi Anonim Sirketi.</w:t>
      </w:r>
    </w:p>
    <w:p>
      <w:r>
        <w:t>Заказчиком является Комитет автомобильных дорог при Министерстве индустрии. Как оказалось, в комитете уже давно есть претензии к работе строительной компании. В ходе ремонтных работ фирма десять раз получала предупреждения, а потому речи о дальнейшем финансировании быть не может, заявили в ведомстве.</w:t>
      </w:r>
    </w:p>
    <w:p>
      <w:pPr>
        <w:pStyle w:val="IntenseQuote"/>
      </w:pPr>
      <w:r>
        <w:t>"У них очень серьезное отставание. У них уже третий день отсутствуют ГСМ, дизельное топливо, постоянные перебои у них. Половина техники у них в нерабочем состоянии. Выполнение за 16 месяцев составляет только 10 процентов", — пояснил Динмурат Есимхан, главный эксперт Комитета автомобильных дорог МИИР Казахстана.</w:t>
      </w:r>
    </w:p>
    <w:p>
      <w:r>
        <w:t>Ведомство планирует расторгнуть договор с подрядчиком, а всем, кому должна компания Eh Eser Tahhut Ve Sanayi Anonim Sirketi, советуют обращаться в суд. Дорожники намерены объявить голодовку и перекрыть ту самую трассу, на которой ими проводились ремонтные работы.</w:t>
      </w:r>
    </w:p>
    <w:p>
      <w:r>
        <w:t>Секрет "успешного обогащения" от профессионала – выиграть тендер посредством взятки, а уже далее присвоить деньги налогоплательщиков. Таким нехитрым образом с трудом зарабатываемые рабочими средства на жизнь щедро раздаются ответственными чиновниками подобным мошенникам, которые даже и не планировали исполнять взятые на себя обязательства. Чиновник покупает себе новую машину, олигарх летом уезжает на далёкие острова, и наверняка даже компании находят способ взыскать деньги с должника. Лишь рядовые работники, которых дома ждут семьи, остаются ни с чем. Ведь они не более чем пешки в капиталистической системе, и на их чаяния и бизнесу и государству попросту наплевать.</w:t>
      </w:r>
    </w:p>
    <w:p>
      <w:r>
        <w:t xml:space="preserve">Источник: tengrinews.kz - </w:t>
      </w:r>
      <w:hyperlink r:id="rId11">
        <w:r>
          <w:rPr>
            <w:color w:val="0000FF"/>
            <w:u w:val="single"/>
          </w:rPr>
          <w:t>«Дорожники грозятся перекрыть дорогу Алматы – Бишкек из-за задержки зарплаты»</w:t>
        </w:r>
      </w:hyperlink>
      <w:r>
        <w:t xml:space="preserve"> от 18 мая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orozhniki-ghroziat-pieriekrytiiem-trassy" TargetMode="External"/><Relationship Id="rId11" Type="http://schemas.openxmlformats.org/officeDocument/2006/relationships/hyperlink" Target="https://tengrinews.kz/kazakhstan_news/dorojniki-grozyatsya-perekryit-dorogu-almatyi-bishkek-iz-za-49935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