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День Победы. Помни и борись за социализм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2020-05-09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en-pobedy-pomni-i-boris-za-socializ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