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такое марксизм?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2019-04-03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to-takoe-marksiz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