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Авария на ТЭЦ оставила жителей Экибастуза без тепла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2022-12-05</w:t>
      </w:r>
    </w:p>
    <w:p>
      <w:pPr/>
      <w:r>
        <w:t>2 мин. на чтение</w:t>
      </w:r>
    </w:p>
    <w:p/>
    <w:p>
      <w:pPr>
        <w:pStyle w:val="IntenseQuote"/>
      </w:pPr>
      <w:r>
        <w:t>"27 ноября 2022 года на Экибастузской ТЭЦ в 01.30 из-за повреждений на тепловых сетях произошло снижение давления сетевой воды, в результате чего остановлены водогрейные котлы №11, 13, 14, 15, также вручную остановлен энергетический котел №8. Подпитка теплосети порядка 900 тонн в час при норме 400 тонн в час. Температура подачи в тепловых сетях составляет: по графику - 87 градусов, по факту снижена до 51 градуса", — говорится в официальном сообщении.</w:t>
      </w:r>
    </w:p>
    <w:p>
      <w:r>
        <w:t>На месте власти создали оперативный штаб во главе с акимом области с участием всех технических служб, руководства энергопредприятий и представителей Министерства энергетики РК.</w:t>
      </w:r>
    </w:p>
    <w:p>
      <w:pPr>
        <w:pStyle w:val="IntenseQuote"/>
      </w:pPr>
      <w:r>
        <w:t>"В настоящее время на Экибастузской ТЭЦ в работе находится четыре котла, теплосеть циркулирует. В устранении повреждений на тепловых сетях задействованы оперативные бригады, выявлено пять дефектов на квартальных сетях, поиск других повреждений продолжается", — добавили в ведомстве.</w:t>
      </w:r>
    </w:p>
    <w:p>
      <w:r>
        <w:t>В период с 9 по 10 августа на Экибастузкой ТЭЦ побывала комиссия. Были проинспектированы ремонтные работы основного оборудования, а также готовность несения нагрузки и в период сильных морозов.</w:t>
      </w:r>
    </w:p>
    <w:p>
      <w:pPr>
        <w:pStyle w:val="IntenseQuote"/>
      </w:pPr>
      <w:r>
        <w:t>"Комиссия особо отмечала высокий уровень износа тепловых трубопроводов, который составляет более 70 процентов. Существующий износ труб является основной причиной ежегодной высокой аварийности в тепловых сетях, особенно в начале отопительных сезонов", — объяснили в ведомстве.</w:t>
      </w:r>
    </w:p>
    <w:p>
      <w:pPr>
        <w:pStyle w:val="IntenseQuote"/>
      </w:pPr>
      <w:r>
        <w:t>"Одной из основных системных проблем, влияющих на проведение необходимых и достаточных объемов ремонтных работ на трубах тепловых сетей, является существующий низкий тариф на тепловую энергию. При общей протяженности тепловых труб в 342 километра ежегодно производится замена порядка только 3-4 километров тепловых сетей", - считает новостной портал Tengrinews.</w:t>
      </w:r>
    </w:p>
    <w:p>
      <w:r>
        <w:t>Конечно же, главная "причина" в том, что люди слишком мало платят за энергию, а не в том, что собственник станции - "Центрально-Азиатская энергетическая корпорация" - в своём стремлении повысить прибыли экономит на техническом обслуживании. Государство "умывает руки" от проблем с теплоснабжением, поскольку ТЭЦ находится в частной собственности, святость и независимость которой непоколебима, и неважно, что станция должна обеспечивать нужды целого города и 150-тысячного населения. И это отнюдь не единичная выходка одной "злой" компании.</w:t>
      </w:r>
    </w:p>
    <w:p>
      <w:r>
        <w:t>Бизнес всегда ищет способ сэкономить, сократить свои расходы, не снижая при этом прибыли. При этом ему глубоко плевать на интересы трудящихся и экологию. Подобное вредительство и в буквальном смысле уничтожение объектов промышленности происходит уже 30 с лишним лет.</w:t>
      </w:r>
    </w:p>
    <w:p>
      <w:r>
        <w:t>Проблему не решить дипломатически, она никуда не исчезнет, пока существует её истинный источник - капиталистический способ производства, нажива как основной мотив к ведению какой-либо деятельности, и частная собственность на средства производства. Только когда будет в корне изменена система, когда на место частной собственности придёт общественная, только тогда люди смогут вздохнуть с облегчением, не боясь что завтра будут мёрзнуть в собственных домах и платить бешеные деньги за электричество. Ведь чьи-то проблемы при капитализме - это всегда и чьи-то деньги.</w:t>
      </w:r>
    </w:p>
    <w:p>
      <w:r>
        <w:t>Источник: tengrinews.kz -</w:t>
      </w:r>
      <w:hyperlink r:id="rId11">
        <w:r>
          <w:rPr>
            <w:color w:val="0000FF"/>
            <w:u w:val="single"/>
          </w:rPr>
          <w:t xml:space="preserve"> "Аварию на ТЭЦ Экибастуза прокомментировали в Минэнерго"</w:t>
        </w:r>
      </w:hyperlink>
      <w:r>
        <w:t xml:space="preserve"> от 27 ноября 2022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avariia-na-tets-ostavila-zhitieliei" TargetMode="External"/><Relationship Id="rId11" Type="http://schemas.openxmlformats.org/officeDocument/2006/relationships/hyperlink" Target="https://tengrinews.kz/kazakhstan_news/avariyu-na-tets-ekibastuza-prokommentirovali-v-minenergo-484394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