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Анонс: Стрим с нашим товарищем из Катара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2019-11-01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anons-strim-s-nashim-tovarishhem-iz-katar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