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5 мифов о марксизме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2021-06-27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5-mifov-o-marks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