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147 лет со дня рождения В.И.Ленина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2017-04-22</w:t>
      </w:r>
    </w:p>
    <w:p>
      <w:pPr/>
    </w:p>
    <w:p>
      <w:r/>
      <w:r>
        <w:br/>
      </w:r>
      <w:r/>
    </w:p>
    <w:p>
      <w:r>
        <w:t>147 лет назад, 22 апреля 1870 года, родился Владимир Ильич Ленин. Человек, не нуждающийся в представлении.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147-let-so-dnya-rozhdeniya-v-i-leni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